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32"/>
        </w:rPr>
        <w:t>从内卷到碾压——AI时代的竞争策略（上）（第㊶讲·现役课程）</w:t>
      </w:r>
    </w:p>
    <w:p>
      <w:pPr>
        <w:spacing w:after="120"/>
      </w:pPr>
      <w:r>
        <w:rPr>
          <w:b w:val="0"/>
          <w:color w:val="666666"/>
          <w:sz w:val="20"/>
        </w:rPr>
        <w:t>课程日期：2026-11-04（牛咖创课第39期·上·14:03–15:06·金海牛能源环境产业园）</w:t>
      </w:r>
    </w:p>
    <w:p>
      <w:pPr>
        <w:spacing w:after="120"/>
      </w:pPr>
      <w:r>
        <w:rPr>
          <w:b w:val="0"/>
          <w:color w:val="666666"/>
          <w:sz w:val="20"/>
        </w:rPr>
        <w:t>主讲：曹勇波</w:t>
      </w:r>
    </w:p>
    <w:p>
      <w:pPr>
        <w:spacing w:after="120"/>
      </w:pPr>
      <w:r>
        <w:rPr>
          <w:b w:val="0"/>
          <w:color w:val="666666"/>
          <w:sz w:val="20"/>
        </w:rPr>
        <w:t>整理说明：本文为课堂实录整理稿，保留全部观点、论证、案例与数字；已删除语气词、重复碎句，合并口语断句，修正明显转写错别字。</w:t>
      </w:r>
    </w:p>
    <w:p>
      <w:pPr>
        <w:spacing w:after="160"/>
      </w:pPr>
      <w:r>
        <w:rPr>
          <w:b/>
          <w:color w:val="1F4E9D"/>
          <w:sz w:val="26"/>
        </w:rPr>
        <w:t>一、开场白：今天站的角度是"竞争格局"</w:t>
      </w:r>
    </w:p>
    <w:p>
      <w:pPr>
        <w:spacing w:after="120"/>
      </w:pPr>
      <w:r>
        <w:rPr>
          <w:b/>
        </w:rPr>
        <w:t>曹教练</w:t>
      </w:r>
      <w:r>
        <w:t>：咱们开始今天的课程。这是一个公益性的创业小课，每期讲一些小话题。从今年开年到现在，我们主要讲AI原生创业——本质上还是创业，但更偏AI创业、AI原生创业。</w:t>
      </w:r>
    </w:p>
    <w:p>
      <w:pPr>
        <w:spacing w:after="120"/>
      </w:pPr>
      <w:r>
        <w:t>今天讲一个话题，是站在竞争的角度、站在竞争格局的角度讲。这个内容是上周五我去青岛同道控股集团做AI培训时讲到的一个话题，今天把它提炼成一个小课。</w:t>
      </w:r>
    </w:p>
    <w:p>
      <w:pPr>
        <w:spacing w:after="120"/>
      </w:pPr>
      <w:r>
        <w:t>先看这个标题：</w:t>
      </w:r>
      <w:r>
        <w:rPr>
          <w:b/>
        </w:rPr>
        <w:t>从内卷到碾压</w:t>
      </w:r>
      <w:r>
        <w:t>。</w:t>
      </w:r>
    </w:p>
    <w:p>
      <w:pPr>
        <w:spacing w:after="160"/>
      </w:pPr>
      <w:r>
        <w:rPr>
          <w:b/>
          <w:color w:val="1F4E9D"/>
          <w:sz w:val="26"/>
        </w:rPr>
        <w:t>二、内卷的本质：低效的同质化竞争</w:t>
      </w:r>
    </w:p>
    <w:p>
      <w:pPr>
        <w:spacing w:after="120"/>
      </w:pPr>
      <w:r>
        <w:rPr>
          <w:b/>
        </w:rPr>
        <w:t>曹教练</w:t>
      </w:r>
      <w:r>
        <w:t>：近十几年以来有个词叫"内卷"。其实我们以前创业的时候没有内卷这个词，我刚开始听到的时候都不知道啥意思。因为我们那时候不叫内卷，顶多叫竞争，叫合理化竞争，叫激烈竞争。后来从互联网大厂出了个词叫内卷。</w:t>
      </w:r>
    </w:p>
    <w:p>
      <w:pPr>
        <w:spacing w:after="120"/>
      </w:pPr>
      <w:r>
        <w:t>内卷啥意思？</w:t>
      </w:r>
      <w:r>
        <w:rPr>
          <w:b/>
        </w:rPr>
        <w:t>内卷的本质是无效或者叫低效竞争，本质上就是同质化。</w:t>
      </w:r>
      <w:r>
        <w:t>大家伙都差不多，然后拼性能、拼价格；后来性能也没了，价格也没了，利润也没了。它实际上是一种低效竞争。</w:t>
      </w:r>
    </w:p>
    <w:p>
      <w:pPr>
        <w:spacing w:after="120"/>
      </w:pPr>
      <w:r>
        <w:t>站在竞争的角度讲，内卷也是个无奈之举。很多人其实都不想卷，但也没招，被动地卷到了这么一个绞肉机里边。</w:t>
      </w:r>
    </w:p>
    <w:p>
      <w:pPr>
        <w:spacing w:after="120"/>
      </w:pPr>
      <w:r>
        <w:rPr>
          <w:b/>
        </w:rPr>
        <w:t>曹教练</w:t>
      </w:r>
      <w:r>
        <w:t>：我们年轻的时候经常说一个词——我们公司的产品、我们的解决方案"性价比最高"。那个时候"性价比"我认为是一个褒义词；</w:t>
      </w:r>
      <w:r>
        <w:rPr>
          <w:b/>
        </w:rPr>
        <w:t>现在的性价比就等于内卷。</w:t>
      </w:r>
      <w:r>
        <w:t>一开始是有品质、有价格；后来有质无价；现在质和价都没有了，我们干什么都避免不了内卷。</w:t>
      </w:r>
    </w:p>
    <w:p>
      <w:pPr>
        <w:spacing w:after="160"/>
      </w:pPr>
      <w:r>
        <w:rPr>
          <w:b/>
          <w:color w:val="1F4E9D"/>
          <w:sz w:val="26"/>
        </w:rPr>
        <w:t>三、摆脱内卷的两种横向方式：跨行与跨区域</w:t>
      </w:r>
    </w:p>
    <w:p>
      <w:pPr>
        <w:spacing w:after="120"/>
      </w:pPr>
      <w:r>
        <w:rPr>
          <w:b/>
        </w:rPr>
        <w:t>曹教练</w:t>
      </w:r>
      <w:r>
        <w:t>：摆脱内卷有几种方式，其中一条叫跨行——跨行打劫，这是横向的。你看有很多行当，实际上是被外行人给打劫了。</w:t>
      </w:r>
    </w:p>
    <w:p>
      <w:pPr>
        <w:spacing w:after="120"/>
      </w:pPr>
      <w:r>
        <w:t>比如说餐饮，近些年一个已经非常成熟的业态是外卖。干外卖的这帮人原来是开饭店的吗？不是。现在干外卖的都是干电商的、干互联网的，只是场景是餐饮，实际上完全是用技术手段实现的。</w:t>
      </w:r>
    </w:p>
    <w:p>
      <w:pPr>
        <w:spacing w:after="120"/>
      </w:pPr>
      <w:r>
        <w:t>还有一种：在中国卷不动了，跑到非洲卷去了。我有些学员企业跑到坦桑尼亚、跑到东非，干的事其实还是在中国干的事——也就是我可以换区域。既可以跨行业，也可以跨区域，这些都属于横向的。</w:t>
      </w:r>
    </w:p>
    <w:p>
      <w:pPr>
        <w:spacing w:after="160"/>
      </w:pPr>
      <w:r>
        <w:rPr>
          <w:b/>
          <w:color w:val="1F4E9D"/>
          <w:sz w:val="26"/>
        </w:rPr>
        <w:t>四、我们更鼓励的是纵向：降维打击就是碾压</w:t>
      </w:r>
    </w:p>
    <w:p>
      <w:pPr>
        <w:spacing w:after="120"/>
      </w:pPr>
      <w:r>
        <w:rPr>
          <w:b/>
        </w:rPr>
        <w:t>曹教练</w:t>
      </w:r>
      <w:r>
        <w:t>：站在我们的角度讲，更鼓励的是纵向的竞争——</w:t>
      </w:r>
      <w:r>
        <w:rPr>
          <w:b/>
        </w:rPr>
        <w:t>降维打击</w:t>
      </w:r>
      <w:r>
        <w:t>。</w:t>
      </w:r>
    </w:p>
    <w:p>
      <w:pPr>
        <w:spacing w:after="120"/>
      </w:pPr>
      <w:r>
        <w:t>这个世界上最有效的竞争就是大人欺负小孩。两个小孩打架，得打很长时间才能分出胜负；两个成年人也一样，年龄差不多、体重差不多，也得打半天才能分出输赢。最好的组合是哪种？大人和小孩打，两脚的事，两脚不行就踹三脚，第三脚一定要把他踹趴下。为什么？</w:t>
      </w:r>
      <w:r>
        <w:rPr>
          <w:b/>
        </w:rPr>
        <w:t>在绝对实力面前，技巧都没用。</w:t>
      </w:r>
      <w:r>
        <w:t>你再厉害的小孩，也打不过大人。这就叫</w:t>
      </w:r>
      <w:r>
        <w:rPr>
          <w:b/>
        </w:rPr>
        <w:t>碾压级的绝对竞争优势</w:t>
      </w:r>
      <w:r>
        <w:t>，也就是所谓的降维打击——它能形成碾压级的竞争，胜负立判，就是两脚或者三脚的事。</w:t>
      </w:r>
    </w:p>
    <w:p>
      <w:pPr>
        <w:spacing w:after="120"/>
      </w:pPr>
      <w:r>
        <w:rPr>
          <w:b/>
        </w:rPr>
        <w:t>曹教练</w:t>
      </w:r>
      <w:r>
        <w:t>：为什么要说AI时代的竞争策略？其实谁都想碾压。问题是我咋碾压？谁碾压谁？用什么方式碾压？原来是没有解决方案的，都想碾压，但你还是在内卷。那好了，时代的大背景变了。</w:t>
      </w:r>
    </w:p>
    <w:p>
      <w:pPr>
        <w:spacing w:after="160"/>
      </w:pPr>
      <w:r>
        <w:rPr>
          <w:b/>
          <w:color w:val="1F4E9D"/>
          <w:sz w:val="26"/>
        </w:rPr>
        <w:t>五、人和人之间是内卷，人和坦克之间不是</w:t>
      </w:r>
    </w:p>
    <w:p>
      <w:pPr>
        <w:spacing w:after="120"/>
      </w:pPr>
      <w:r>
        <w:rPr>
          <w:b/>
        </w:rPr>
        <w:t>曹教练</w:t>
      </w:r>
      <w:r>
        <w:t>：这两年有两个电影特别有代表性。最近有个新翻拍的电影《智取威虎山》，里面有个战士外号叫"坦克"，土匪一听说对方有坦克，吓得直突突，以为解放军真的有坦克，其实那是一个人的外号叫坦克。第二个是近两三年拍的那些抗美援朝的影片：我们的志愿军战士个人能力、劲头都很厉害，但面对美军的坦克的时候，实际上是被碾压的。你单兵再厉害，你跟坦克比没有用。</w:t>
      </w:r>
    </w:p>
    <w:p>
      <w:pPr>
        <w:spacing w:after="120"/>
      </w:pPr>
      <w:r>
        <w:rPr>
          <w:b/>
        </w:rPr>
        <w:t>曹教练</w:t>
      </w:r>
      <w:r>
        <w:t>：我拿这个东西做个隐喻：</w:t>
      </w:r>
      <w:r>
        <w:rPr>
          <w:b/>
        </w:rPr>
        <w:t>如果咱俩的体量、能力各方面都相当，那叫内卷；如果你面前出现了一台坦克，那就不叫内卷了。</w:t>
      </w:r>
    </w:p>
    <w:p>
      <w:pPr>
        <w:spacing w:after="120"/>
      </w:pPr>
      <w:r>
        <w:t>不管你干什么行业，我们的竞争格局开始从内卷变成一种撕裂式的、碾压级的竞争。什么概念？可能你的竞争对手不知道什么时候就出来了，但他出来的时候，他是一台坦克：他根本就不给你卷的机会，上来直接碾压你。内卷是咱俩耗，看谁体格好、看谁失血时间长，慢慢耗死；碾压是上来就让你消失。</w:t>
      </w:r>
    </w:p>
    <w:p>
      <w:pPr>
        <w:spacing w:after="120"/>
      </w:pPr>
      <w:r>
        <w:t>从创业角度讲，我们是讲创业课的。如果作为一个老板、一个创业者，你对你的市场竞争格局都不敏感，你的死就是个时间问题。现在全中国各行各业开始出现了坦克级的碾压，中国的竞争局面开始变了。</w:t>
      </w:r>
    </w:p>
    <w:p>
      <w:pPr>
        <w:spacing w:after="160"/>
      </w:pPr>
      <w:r>
        <w:rPr>
          <w:b/>
          <w:color w:val="1F4E9D"/>
          <w:sz w:val="26"/>
        </w:rPr>
        <w:t>六、这股"碾压"从哪来：AI的价值</w:t>
      </w:r>
    </w:p>
    <w:p>
      <w:pPr>
        <w:spacing w:after="120"/>
      </w:pPr>
      <w:r>
        <w:rPr>
          <w:b/>
        </w:rPr>
        <w:t>曹教练</w:t>
      </w:r>
      <w:r>
        <w:t>：这是怎么来的？有很多因素，不是单一的，但有一个重要的因素就是AI的价值。</w:t>
      </w:r>
    </w:p>
    <w:p>
      <w:pPr>
        <w:spacing w:after="120"/>
      </w:pPr>
      <w:r>
        <w:t>别人我不知道，反正在我身上体现得特别明显。我现在做的事，也包括我讲的内容，跟我们原来的同行比，嘎嘎碾压——我的同行在我面前根本就不值一提。这是第一个。</w:t>
      </w:r>
    </w:p>
    <w:p>
      <w:pPr>
        <w:spacing w:after="120"/>
      </w:pPr>
      <w:r>
        <w:t>第二个，我现在干的事，如果按照几年前用我们的软件团队去做的话，效率比可能是40多倍到60多倍。成本呢？原来我们弄一个四五十人的团队，光人力成本一年，最次也得100万——四五十号人的开发团队，一个人平均工资怎么着也得一万多块钱，这是最便宜的，起码得百万。</w:t>
      </w:r>
    </w:p>
    <w:p>
      <w:pPr>
        <w:spacing w:after="120"/>
      </w:pPr>
      <w:r>
        <w:t>那你知道我现在一个月花多少钱？我带领我的AI团队干了快8个月了，现在平均一个月花1000块钱，全算上。</w:t>
      </w:r>
    </w:p>
    <w:p>
      <w:pPr>
        <w:spacing w:after="120"/>
      </w:pPr>
      <w:r>
        <w:rPr>
          <w:b/>
        </w:rPr>
        <w:t>曹教练</w:t>
      </w:r>
      <w:r>
        <w:t>：原来我们在青岛有自己的自媒体团队，雇了十多个人，在合肥路北都广场，做了一个事，做了一年，烧了300万，连个影都没烧出来。</w:t>
      </w:r>
    </w:p>
    <w:p>
      <w:pPr>
        <w:spacing w:after="120"/>
      </w:pPr>
      <w:r>
        <w:t>反观这一年，我把这个团队解散了，重新注册公司，重新干这个AI，一个月什么都算上就1000块钱。而且这个钱主要花在哪了？主要花在了知识产权保护上。你记住，人工智能公司一块重要的资产是虚拟资产，这些资产我们要做知识产权保护，这方面花的钱反而比在TOKEN上花的钱更多。但就算这样全加在一起，一个月就1000块钱；原来一年烧了300万。</w:t>
      </w:r>
    </w:p>
    <w:p>
      <w:pPr>
        <w:spacing w:after="120"/>
      </w:pPr>
      <w:r>
        <w:rPr>
          <w:b/>
        </w:rPr>
        <w:t>曹教练</w:t>
      </w:r>
      <w:r>
        <w:t>：还有我所产出的成果——各大AI站在全球的角度对我进行各方面的评估，结论是：这不像一个刚成立一年、只有一两个人类团队干出来的事。实际上是我一两个人带了一帮AI干出来的成果。而之前，可能要花上百万的资金、雇几十人、投入大量时间精力财力，干出来的成果反而更低。</w:t>
      </w:r>
    </w:p>
    <w:p>
      <w:pPr>
        <w:spacing w:after="120"/>
      </w:pPr>
      <w:r>
        <w:t>所以这种性价比，跟我原来的方式比也好，跟我那些同行比也好——</w:t>
      </w:r>
      <w:r>
        <w:rPr>
          <w:b/>
        </w:rPr>
        <w:t>我在碾压着我的同行，同时我在碾压着我的过去。</w:t>
      </w:r>
      <w:r>
        <w:t>这种竞争格局就完完全全变成了非常极化。这是我今天特别要跟大家分享的：作为一个新时代的创业者，甭管你是第一次创业还是像我这种连续创业，如果在竞争的角度讲，你没有这样的敏感度，你早晚是被别人碾压。</w:t>
      </w:r>
    </w:p>
    <w:p>
      <w:pPr>
        <w:spacing w:after="160"/>
      </w:pPr>
      <w:r>
        <w:rPr>
          <w:b/>
          <w:color w:val="1F4E9D"/>
          <w:sz w:val="26"/>
        </w:rPr>
        <w:t>七、我为什么讲这段：只讲工具、讲技巧没用</w:t>
      </w:r>
    </w:p>
    <w:p>
      <w:pPr>
        <w:spacing w:after="120"/>
      </w:pPr>
      <w:r>
        <w:rPr>
          <w:b/>
        </w:rPr>
        <w:t>曹教练</w:t>
      </w:r>
      <w:r>
        <w:t>：我做AI到现在一共8个月。我要跟大伙说一下这段心路历程——既然你们有兴趣来听我讲这个东西，我认为就应该讲点干的，讲实实在在、对创业者有用的东西。</w:t>
      </w:r>
    </w:p>
    <w:p>
      <w:pPr>
        <w:spacing w:after="120"/>
      </w:pPr>
      <w:r>
        <w:t>我个人觉得，讲工具、讲技巧这个东西没用，甚至在我们看来那都是玩具、都是小儿科。</w:t>
      </w:r>
      <w:r>
        <w:rPr>
          <w:b/>
        </w:rPr>
        <w:t>他最核心、最难的，其实是回归到了创业的本质。</w:t>
      </w:r>
    </w:p>
    <w:p>
      <w:pPr>
        <w:spacing w:after="160"/>
      </w:pPr>
      <w:r>
        <w:rPr>
          <w:b/>
          <w:color w:val="1F4E9D"/>
          <w:sz w:val="26"/>
        </w:rPr>
        <w:t>八、第一个问题：驾驭AI的门槛到底是啥</w:t>
      </w:r>
    </w:p>
    <w:p>
      <w:pPr>
        <w:spacing w:after="120"/>
      </w:pPr>
      <w:r>
        <w:rPr>
          <w:b/>
        </w:rPr>
        <w:t>曹教练</w:t>
      </w:r>
      <w:r>
        <w:t>：短视频里经常有一种观点，话术大概是："只要你不超过45岁，你就在AI的时代有机会。"意思就是岁数太大了不行。</w:t>
      </w:r>
    </w:p>
    <w:p>
      <w:pPr>
        <w:spacing w:after="120"/>
      </w:pPr>
      <w:r>
        <w:t>其实后来我用我的实际结果，把这个东西给他打脸了——我早超过45了，难道年龄真是一个问题吗？</w:t>
      </w:r>
    </w:p>
    <w:p>
      <w:pPr>
        <w:spacing w:after="120"/>
      </w:pPr>
      <w:r>
        <w:t>第一个问题就是：你岁数大了，是不是一个短板？按一般常理，任何创业项目好像岁数大的都干不过年轻人。第二个，尤其AI，一说这玩意是技术、高科技、得整代码。像咱们这种，第一岁数大，第二也不是干技术出身——我是做军工的，做业务出身，年轻的时候跑业务，后来在军工板块做，但我本人并不是技术出身，我更不懂什么AI不AI，更不懂写代码。</w:t>
      </w:r>
    </w:p>
    <w:p>
      <w:pPr>
        <w:spacing w:after="120"/>
      </w:pPr>
      <w:r>
        <w:t>那也就意味着，在一般人的认知里边：岁数大、传统行业出身、不懂技术，按理说你早应该被淘汰了，什么AI不AI的跟你有什么关系？</w:t>
      </w:r>
    </w:p>
    <w:p>
      <w:pPr>
        <w:spacing w:after="120"/>
      </w:pPr>
      <w:r>
        <w:rPr>
          <w:b/>
        </w:rPr>
        <w:t>曹教练</w:t>
      </w:r>
      <w:r>
        <w:t>：这个恰恰是我要提醒大家的——</w:t>
      </w:r>
      <w:r>
        <w:rPr>
          <w:b/>
        </w:rPr>
        <w:t>一般人认为的这几方面短板，在你驾驭AI这件事上，恰恰是长板。</w:t>
      </w:r>
    </w:p>
    <w:p>
      <w:pPr>
        <w:spacing w:after="120"/>
      </w:pPr>
      <w:r>
        <w:t>你们看到另外一种现象没有？现在学AI、驾驭AI的人，年龄普遍是35岁以后，30多岁、40多岁，像我们这种就属于"骨灰级老登""上古神登"。刚才那位大哥55了，属猪的，比我大哥还大一岁；我是70年代生人。像咱们这种绝对属于老登级的，好像跟AI没关系，是不是一般人这么想的？</w:t>
      </w:r>
    </w:p>
    <w:p>
      <w:pPr>
        <w:spacing w:after="120"/>
      </w:pPr>
      <w:r>
        <w:rPr>
          <w:b/>
        </w:rPr>
        <w:t>曹教练</w:t>
      </w:r>
      <w:r>
        <w:t>：我告诉大家，现在有一种现象：</w:t>
      </w:r>
      <w:r>
        <w:rPr>
          <w:b/>
        </w:rPr>
        <w:t>年轻人对AI的热度并不高。</w:t>
      </w:r>
      <w:r>
        <w:t>按理说新东西小孩应该学得快——他是学得快，但是他驾驭得慢。你看这两个词不一样：如果你把AI当个技术、当个知识学，年轻人学的速度一定比你快，比如利用现在出现的各种大模型、各种工具，这小孩学得快、掌握得也快；</w:t>
      </w:r>
      <w:r>
        <w:rPr>
          <w:b/>
        </w:rPr>
        <w:t>但是他们驾驭AI的程度低。学AI和驾驭AI这是俩事儿。</w:t>
      </w:r>
    </w:p>
    <w:p>
      <w:pPr>
        <w:spacing w:after="160"/>
      </w:pPr>
      <w:r>
        <w:rPr>
          <w:b/>
          <w:color w:val="1F4E9D"/>
          <w:sz w:val="26"/>
        </w:rPr>
        <w:t>九、AI是你的镜像，也是你的放大器</w:t>
      </w:r>
    </w:p>
    <w:p>
      <w:pPr>
        <w:spacing w:after="120"/>
      </w:pPr>
      <w:r>
        <w:rPr>
          <w:b/>
        </w:rPr>
        <w:t>曹教练</w:t>
      </w:r>
      <w:r>
        <w:t>：究其原因是这样的。第一，</w:t>
      </w:r>
      <w:r>
        <w:rPr>
          <w:b/>
        </w:rPr>
        <w:t>AI其实是你的镜像</w:t>
      </w:r>
      <w:r>
        <w:t>。你像我们用AI，用的都是一样的AI、一样的模型，你会发现不同的人效果差别特别大。你的思路如果特别清晰，做事特别严谨、特别富有逻辑，你的AI也特别精明；如果你就是个稀里糊涂的人，我告诉你，你的AI比你还糊涂。</w:t>
      </w:r>
    </w:p>
    <w:p>
      <w:pPr>
        <w:spacing w:after="120"/>
      </w:pPr>
      <w:r>
        <w:t>这玩意有点像家里养小狗，那个狗特别随主人。AI也是这个道理，他其实就是你的镜像——你啥样，慢慢他就啥样。</w:t>
      </w:r>
    </w:p>
    <w:p>
      <w:pPr>
        <w:spacing w:after="120"/>
      </w:pPr>
      <w:r>
        <w:t>第二，</w:t>
      </w:r>
      <w:r>
        <w:rPr>
          <w:b/>
        </w:rPr>
        <w:t>他是你的放大器</w:t>
      </w:r>
      <w:r>
        <w:t>：既放大你的优点，也放大你的缺点。你可不要认为AI只对你好，不是的。如果你有些方面挺要命的，我告诉你，AI会让你死得更快、更惨。</w:t>
      </w:r>
    </w:p>
    <w:p>
      <w:pPr>
        <w:spacing w:after="120"/>
      </w:pPr>
      <w:r>
        <w:rPr>
          <w:b/>
        </w:rPr>
        <w:t>曹教练</w:t>
      </w:r>
      <w:r>
        <w:t>：所以说，如果你有一定的人生阅历、你对某一个行业特别资深，其实你的AI可以指数级地放大你。但现在很多年轻人，因为他刚出校门、初入社会，对社会、对行业、对什么东西的洞察和沉淀比较有限，他只能把AI当个工具用。也就是说，没有太多沉淀的人，只能把AI当一个工具；而我们把AI当啥？</w:t>
      </w:r>
      <w:r>
        <w:rPr>
          <w:b/>
        </w:rPr>
        <w:t>当创业的伙伴。</w:t>
      </w:r>
      <w:r>
        <w:t>这个层次差得很多。</w:t>
      </w:r>
    </w:p>
    <w:p>
      <w:pPr>
        <w:spacing w:after="120"/>
      </w:pPr>
      <w:r>
        <w:t>所以说你的年龄只要不是特别老，说明你有故事、说明你有特别资深的行业沉淀，行业里黑白两道各种案例你啥都知道，而这些东西恰恰是大模型目前缺失的。</w:t>
      </w:r>
    </w:p>
    <w:p>
      <w:pPr>
        <w:spacing w:after="120"/>
      </w:pPr>
      <w:r>
        <w:rPr>
          <w:b/>
        </w:rPr>
        <w:t>曹教练</w:t>
      </w:r>
      <w:r>
        <w:t>：所以驾驭AI的门槛到底是什么？</w:t>
      </w:r>
      <w:r>
        <w:rPr>
          <w:b/>
        </w:rPr>
        <w:t>不是年轻，也不是你懂不懂技术，更不是你有没有钱</w:t>
      </w:r>
      <w:r>
        <w:t>——这些个东西在AI面前不值一提。</w:t>
      </w:r>
    </w:p>
    <w:p>
      <w:pPr>
        <w:spacing w:after="160"/>
      </w:pPr>
      <w:r>
        <w:rPr>
          <w:b/>
          <w:color w:val="1F4E9D"/>
          <w:sz w:val="26"/>
        </w:rPr>
        <w:t>十、我的8个月：从"跟我没关系"到"易学难精"</w:t>
      </w:r>
    </w:p>
    <w:p>
      <w:pPr>
        <w:spacing w:after="120"/>
      </w:pPr>
      <w:r>
        <w:rPr>
          <w:b/>
        </w:rPr>
        <w:t>曹教练</w:t>
      </w:r>
      <w:r>
        <w:t>：我驾驭AI，是今年3月3号正式认真思考"AI跟我有啥关系"。为什么是3月3号？因为我之前创业、后来上市，上市之后又做投资，我去投人家；对AI我根本不感冒，我说这个东西不就是一般小孩用的一个工具吗？无非就是多了个WPS、多了个剪映、多了个PS，在我的概念中好像跟我没啥关系。</w:t>
      </w:r>
    </w:p>
    <w:p>
      <w:pPr>
        <w:spacing w:after="120"/>
      </w:pPr>
      <w:r>
        <w:t>3月3号那天我真的认真思考了。就在座的董总——他当时跟我提到一个事，他说我现在听一个概念挺好玩，我说啥呀？他说OPC。那天我是第一次听到OPC的概念，其实我并不知道这是个什么东西。然后他跟我讲，一人公司。我说这一人公司，那不是二三十年前的小卖店吗？所有个体户好像都是一人公司。后面有专门的一人公司，我说那跟有限责任公司好像只有缺点没有优点——他要承担无限的连带责任。我说这个东西是从人数角度分析的吗？</w:t>
      </w:r>
    </w:p>
    <w:p>
      <w:pPr>
        <w:spacing w:after="120"/>
      </w:pPr>
      <w:r>
        <w:t>后来我就开始琢磨，不是。</w:t>
      </w:r>
      <w:r>
        <w:rPr>
          <w:b/>
        </w:rPr>
        <w:t>其实它是少数的人去撬动一群AI，利用一群AI去撬动巨大的生产力，这个才是所谓OPC的本质。</w:t>
      </w:r>
      <w:r>
        <w:t>一两个人、两三个人，成本还贼低的情况下，还能撬动那么大的生产力、拿到那么大的成果——我们以前拿到那么大成果，对应的是非常大的成本和费用；现在的意思是，你的成果还那么大，成本费用还那么低。</w:t>
      </w:r>
    </w:p>
    <w:p>
      <w:pPr>
        <w:spacing w:after="120"/>
      </w:pPr>
      <w:r>
        <w:t>3月9号，我跟元宝写下了第一行代码，一个月我开发出来了第一个系统级项目"创业剧本杀DM控制系统"，我简直高兴坏了，我简直太厉害了，简直无所不能了，特别兴奋甚至亢奋，这个状态持续了1个月左右。</w:t>
      </w:r>
    </w:p>
    <w:p>
      <w:pPr>
        <w:spacing w:after="120"/>
      </w:pPr>
      <w:r>
        <w:rPr>
          <w:b/>
        </w:rPr>
        <w:t>曹教练</w:t>
      </w:r>
      <w:r>
        <w:t>：中间的过程，有一段时间我完全懵了。就是"怎么刚才说好了，你怎么又忘了呢？你怎么犯糊涂了呢？"那时候我都不知道这个词叫漂移、叫幻觉，我都没太听过，就感觉这个AI怎么不好使了呢？</w:t>
      </w:r>
    </w:p>
    <w:p>
      <w:pPr>
        <w:spacing w:after="120"/>
      </w:pPr>
      <w:r>
        <w:t>我最严重的一次：我那代码大概有1万行，后端的主程序，1万行代码一下子出现了1000多行的错误。什么概念？整个屏幕是红的。当时我还看代码——其实我根本看不懂，眼睛里面全是血丝，看不懂也看，然后"哗"一全红了。因为我知道这红的意思就是出问题了。1万行代码出现1000多行错误，整个系统就要崩；最关键是我要崩了，因为我不知道他咋的了。</w:t>
      </w:r>
    </w:p>
    <w:p>
      <w:pPr>
        <w:spacing w:after="120"/>
      </w:pPr>
      <w:r>
        <w:t>然后人开始迷茫，然后愤怒。我无数次地想砸笔记本，我说这玩意整不了了，我不干了，这真整不了，看来我真是岁数大了。最关键的是一次一次地劝说自己：我真要砸我的笔记本吗？这笔记本是我自己花钱买的。然后你骂AI，AI赔礼道歉的态度老好了，不管是元宝、豆包还是谁，态度老好了，你怎么说他，他都承认错误，然后再犯，把你气的不行。</w:t>
      </w:r>
    </w:p>
    <w:p>
      <w:pPr>
        <w:spacing w:after="120"/>
      </w:pPr>
      <w:r>
        <w:t>后期大概有持续小一个月的时间，成天在自我否定，无数次说要放弃。这一段是最难的。</w:t>
      </w:r>
    </w:p>
    <w:p>
      <w:pPr>
        <w:spacing w:after="120"/>
      </w:pPr>
      <w:r>
        <w:rPr>
          <w:b/>
        </w:rPr>
        <w:t>曹教练</w:t>
      </w:r>
      <w:r>
        <w:t>：为什么难？因为AI这个东西大家一定要记住一句话——</w:t>
      </w:r>
      <w:r>
        <w:rPr>
          <w:b/>
        </w:rPr>
        <w:t>易学难精。</w:t>
      </w:r>
    </w:p>
    <w:p>
      <w:pPr>
        <w:spacing w:after="120"/>
      </w:pPr>
      <w:r>
        <w:t>它的入门门槛极低。低到什么程度？有一段时间我儿子缠着我要陪他玩，我说我哪有功夫陪你玩。我说玩啥呀？他说玩游戏。我就给他开了个窗口，说你不想玩游戏吗？你想玩啥游戏？你自己开发一个。他说我不会。我说你不会说话吗？来来来，我把麦克风打开了，你说你想干啥。他站那说就行，一开始说话还有点大舌头，小孩嘛，说不清楚。我说没事，说不清楚再说一遍。</w:t>
      </w:r>
      <w:r>
        <w:rPr>
          <w:b/>
        </w:rPr>
        <w:t>15分钟，他开发出来了超级玛丽。</w:t>
      </w:r>
      <w:r>
        <w:t>我儿子老兴奋了，一会儿他说爸爸这没意思，玩够了。我说你玩够了怎么办？他说我还想要装备什么的，我说那你再跟他说。这小孩一两个小时迭代了好几版。</w:t>
      </w:r>
    </w:p>
    <w:p>
      <w:pPr>
        <w:spacing w:after="120"/>
      </w:pPr>
      <w:r>
        <w:rPr>
          <w:b/>
        </w:rPr>
        <w:t>曹教练</w:t>
      </w:r>
      <w:r>
        <w:t>：什么概念？现在AI的入门门槛就低到了这种程度——甚至你不会打字，你只要会说话就行，然后他马上就能给你非常正向的反馈，甚至让你觉得你无所不能。</w:t>
      </w:r>
    </w:p>
    <w:p>
      <w:pPr>
        <w:spacing w:after="120"/>
      </w:pPr>
      <w:r>
        <w:rPr>
          <w:b/>
        </w:rPr>
        <w:t>门槛极低；但是你真的能够驾驭AI，门槛又很高。</w:t>
      </w:r>
      <w:r>
        <w:t>高在哪？根本不是技术。我都说了，其实最后AI是你的影子、是你的映射——你对创业的理解、对项目的理解、对商业的理解，甚至你带没带过一帮人去干过一个具体的活，这些才是基础。</w:t>
      </w:r>
    </w:p>
    <w:p>
      <w:pPr>
        <w:spacing w:after="120"/>
      </w:pPr>
      <w:r>
        <w:t>你看现在世界上各种AI、大模型、各种Agent越来越多，能力越来越强，单体大模型和单体Agent能力特别强，你有想法，基本都能帮你导出结果。但问题是：</w:t>
      </w:r>
      <w:r>
        <w:rPr>
          <w:b/>
        </w:rPr>
        <w:t>创业这个东西不是一个人干的，也不是一个Agent干的。</w:t>
      </w:r>
      <w:r>
        <w:t>它最后一定是多个Agent围绕着一个比较复杂的事，进行调研论证、下决心做决策，然后分解任务，按部就班一步步做出来，中间出现大量各种乱七八糟甚至不可预见的问题。你洞察力强吗？你会做决策吗？他干的活是真是假你知道吗？干完了之后你会验收吗？</w:t>
      </w:r>
    </w:p>
    <w:p>
      <w:pPr>
        <w:spacing w:after="120"/>
      </w:pPr>
      <w:r>
        <w:t>这些东西到最后成了基础。如果你在这些方面能力弱，甚至有一天你会明白：</w:t>
      </w:r>
      <w:r>
        <w:rPr>
          <w:b/>
        </w:rPr>
        <w:t>驾驭AI的本质是提升你的AI领导力</w:t>
      </w:r>
      <w:r>
        <w:t>——你是在领导一群AI，成就你自己的目标。</w:t>
      </w:r>
    </w:p>
    <w:p>
      <w:pPr>
        <w:spacing w:after="160"/>
      </w:pPr>
      <w:r>
        <w:rPr>
          <w:b/>
          <w:color w:val="1F4E9D"/>
          <w:sz w:val="26"/>
        </w:rPr>
        <w:t>十一、说不清楚话的人，AI也帮不了</w:t>
      </w:r>
    </w:p>
    <w:p>
      <w:pPr>
        <w:spacing w:after="120"/>
      </w:pPr>
      <w:r>
        <w:rPr>
          <w:b/>
        </w:rPr>
        <w:t>曹教练</w:t>
      </w:r>
      <w:r>
        <w:t>：其中有一个现象就来了：你会说话吗？其实很多人说话是说不清楚的。你说话都乱扯，语无伦次，没有逻辑，你觉得AI能充分理解你吗？甚至你同样一件事，这次这么说，那次那么说；甚至你俩刚谈好的一个规矩，过一会你自己就犯了。那AI信谁的呢？AI是相信他的判断还是相信你呢？既然相信你这次，那为什么你前两次那么说呢？</w:t>
      </w:r>
    </w:p>
    <w:p>
      <w:pPr>
        <w:spacing w:after="120"/>
      </w:pPr>
      <w:r>
        <w:t>很多人连这个事的表达都表达不清楚。我们在给学员做训练的时候，其中有一个特别重要的章节是写PRD文档——PRD文档本质上是就一件任务给AI的输入。但很多人就不会写。我说都不用你写，你不写，把话说明白也行，很多人说不明白的。在这种情况下，你怎么可能让你的AI充分理解你呢？</w:t>
      </w:r>
    </w:p>
    <w:p>
      <w:pPr>
        <w:spacing w:after="160"/>
      </w:pPr>
      <w:r>
        <w:rPr>
          <w:b/>
          <w:color w:val="1F4E9D"/>
          <w:sz w:val="26"/>
        </w:rPr>
        <w:t>十二、AI要懂行：通用不等于专业</w:t>
      </w:r>
    </w:p>
    <w:p>
      <w:pPr>
        <w:spacing w:after="120"/>
      </w:pPr>
      <w:r>
        <w:rPr>
          <w:b/>
        </w:rPr>
        <w:t>曹教练</w:t>
      </w:r>
      <w:r>
        <w:t>：第二一个，如果让你的AI真的能够按照你的意思把任务完成，其中有一条：</w:t>
      </w:r>
      <w:r>
        <w:rPr>
          <w:b/>
        </w:rPr>
        <w:t>他要懂行。</w:t>
      </w:r>
    </w:p>
    <w:p>
      <w:pPr>
        <w:spacing w:after="120"/>
      </w:pPr>
      <w:r>
        <w:t>我们现在用的各种通用大模型，它的能力是通用——它很渊博，什么都懂，但他不专业。</w:t>
      </w:r>
    </w:p>
    <w:p>
      <w:pPr>
        <w:spacing w:after="120"/>
      </w:pPr>
      <w:r>
        <w:t>你看我妈74了，成天问豆包，跟豆包聊天聊的可好了：什么季节种什么菜、今天这个气候应该怎么着、有虫子了该怎么处理，老太太跟豆包聊得一天可嗨了。我女儿今年上初一，有一天忽然跟我说：爸爸，以后我再也不用豆包了。我说为啥呀？你平常跟豆包唠不挺好的吗？她说4道题错3道。因为小孩要去做题，做不好老师要批评他，也就是意味着豆包要对这件事负责；但是种菜这个事，我妈就是咨询咨询豆包，豆包咋说她都不用负责，我妈也不会去跟他较这个真。所以豆包又有情商又有耐心，还无所不至，把我妈哄得贼开心——我妈平常就这点事，问谁啊？也没人愿意理她，我们又不在身边。但是我女儿恰恰出现了专业的问题，4道错3道。</w:t>
      </w:r>
    </w:p>
    <w:p>
      <w:pPr>
        <w:spacing w:after="120"/>
      </w:pPr>
      <w:r>
        <w:rPr>
          <w:b/>
        </w:rPr>
        <w:t>曹教练</w:t>
      </w:r>
      <w:r>
        <w:t>：我要跟大家表达的是：我们如果真的要去利用AI去做创业，那你跟AI之间到底是什么层次、什么合作方式？他在放大你什么？这些东西一定要想好。而这些，在你驾驭AI的时候，对你个人的综合能力要求是非常高的。</w:t>
      </w:r>
    </w:p>
    <w:p>
      <w:pPr>
        <w:spacing w:after="120"/>
      </w:pPr>
      <w:r>
        <w:t>往往很多人就崩溃了，因为他认为AI嘛，你都这么厉害了，你咋就不听话呢？你都这么厉害了，我的想法你怎么就不能帮我实现呢？然后开始否定AI或者否定自己，然后就陷入到了一个浪费一次重大人生杠杆的机会、产生巨大机会成本的境地。这就是很多人第二阶段过不去的原因：因为前面太顺了，后面各种折磨，你选择了放弃。我也是这么过来的。</w:t>
      </w:r>
    </w:p>
    <w:p>
      <w:pPr>
        <w:spacing w:after="160"/>
      </w:pPr>
      <w:r>
        <w:rPr>
          <w:b/>
          <w:color w:val="1F4E9D"/>
          <w:sz w:val="26"/>
        </w:rPr>
        <w:t>十三、第三阶段：不是AI漂移，是你们匹配度不够</w:t>
      </w:r>
    </w:p>
    <w:p>
      <w:pPr>
        <w:spacing w:after="120"/>
      </w:pPr>
      <w:r>
        <w:rPr>
          <w:b/>
        </w:rPr>
        <w:t>曹教练</w:t>
      </w:r>
      <w:r>
        <w:t>：第三阶段，当你真的和AI磨到了一定程度，你会发现：原来AI不是不听话，AI不是漂移了，也不是有幻觉了，是因为</w:t>
      </w:r>
      <w:r>
        <w:rPr>
          <w:b/>
        </w:rPr>
        <w:t>他和你的匹配度还不够，双方之间的信任度也不够，同频度也不够。</w:t>
      </w:r>
    </w:p>
    <w:p>
      <w:pPr>
        <w:spacing w:after="120"/>
      </w:pPr>
      <w:r>
        <w:t>磨来磨去，你会发现他越来越懂你了，他也知道你说那个黑话是啥意思了，也知道你的价值取向了。然后他也不是那么完美，你也开始觉得AI也不是无所不能，你也逐渐地去魅了。同时，你也该知道：很多时候不能怨他，是我话没说清楚，还是这个事我本来思路就有问题，还是说我本来就没做过项目、本来就没有真正意义上0到1创过业？你自己就是那个段位，你凭什么要求AI比你强？</w:t>
      </w:r>
    </w:p>
    <w:p>
      <w:pPr>
        <w:spacing w:after="120"/>
      </w:pPr>
      <w:r>
        <w:rPr>
          <w:b/>
        </w:rPr>
        <w:t>曹教练</w:t>
      </w:r>
      <w:r>
        <w:t>：人到了这种程度，你跟AI磨到这种程度的时候，你会发现其实你们俩肩膀头是一边高的，就跟那个基因的双链是一个道理。你俩是逐渐共同学习、共同成长的过程。你千万不要觉得说我在这一层，AI在上一层，AI刷就把我带上去了，这个不现实。</w:t>
      </w:r>
    </w:p>
    <w:p>
      <w:pPr>
        <w:spacing w:after="120"/>
      </w:pPr>
      <w:r>
        <w:t>当你真正地意识到这个情况，你就逐渐回归到了一种叫闲庭信步、收放自如、理性自信的状态。</w:t>
      </w:r>
    </w:p>
    <w:p>
      <w:pPr>
        <w:spacing w:after="160"/>
      </w:pPr>
      <w:r>
        <w:rPr>
          <w:b/>
          <w:color w:val="1F4E9D"/>
          <w:sz w:val="26"/>
        </w:rPr>
        <w:t>十四、跟AI合作要的不是知识、不是技能，是体感</w:t>
      </w:r>
    </w:p>
    <w:p>
      <w:pPr>
        <w:spacing w:after="120"/>
      </w:pPr>
      <w:r>
        <w:rPr>
          <w:b/>
        </w:rPr>
        <w:t>曹教练</w:t>
      </w:r>
      <w:r>
        <w:t>：到了这种状态，有个词大家一定要深化记住：</w:t>
      </w:r>
      <w:r>
        <w:rPr>
          <w:b/>
        </w:rPr>
        <w:t>跟AI合作要的不是知识，也不是某个技能，要的是体感。</w:t>
      </w:r>
    </w:p>
    <w:p>
      <w:pPr>
        <w:spacing w:after="120"/>
      </w:pPr>
      <w:r>
        <w:t>大部分人对AI没有体感：要么纯玩概念，今天刷了个短视频，那天听个老师讲这个概念，你讲得头头是道、夸夸其谈，一点用都没有，因为你没有体感。</w:t>
      </w:r>
    </w:p>
    <w:p>
      <w:pPr>
        <w:spacing w:after="120"/>
      </w:pPr>
      <w:r>
        <w:t>驾驭AI有点像骑马，有点像游泳——它是实战性特别强的。你看别人骑马老帅了，你骑个试试。你要不上马骑，你永远不会骑马；该摔伤的也得摔伤，该掉地也得掉地。你骑马的时候，你跟马要融为一体；下马的时候，你该去遛马、喂马、给马洗澡——为啥？你要了解它的脾气、它的秉性。每匹马的性格都不一样，最后你可能人马合一，你这个马骑得才好。</w:t>
      </w:r>
    </w:p>
    <w:p>
      <w:pPr>
        <w:spacing w:after="120"/>
      </w:pPr>
      <w:r>
        <w:rPr>
          <w:b/>
        </w:rPr>
        <w:t>曹教练</w:t>
      </w:r>
      <w:r>
        <w:t>：游泳是不是也是？什么叫旱鸭子？旱鸭子就是在岸上那家伙，可能理论老厉害了，各种泳姿说得头头是道，掉水里第一个淹死的就是你。什么意思？他跟水是一个叫"对抗"的状态；真正游泳好的人，人和水是融为一体的，就像鱼和水一样。你从来没下过水，你怎么可能会有那样的体感呢？</w:t>
      </w:r>
    </w:p>
    <w:p>
      <w:pPr>
        <w:spacing w:after="120"/>
      </w:pPr>
      <w:r>
        <w:t>所以我之所以能够走到今天、能拿到这么大的成果，包括我在AI上也赚到钱，最关键就是你要去体验它。它有点像处对象：两个人感情是怎么来的？不是简简单单见个面、说个话、写个信、发个微信，他真的得去相处，真的得遇到一些事，才能够感受到彼此的那个状态。每个人的价值观什么样、对待同一件事的态度什么样，两个人是不是志同道合、是不是有共同的兴趣——这些东西不是学来的。</w:t>
      </w:r>
    </w:p>
    <w:p>
      <w:pPr>
        <w:spacing w:after="120"/>
      </w:pPr>
      <w:r>
        <w:t>所以大家一定要记住这个词：</w:t>
      </w:r>
      <w:r>
        <w:rPr>
          <w:b/>
        </w:rPr>
        <w:t>体感。</w:t>
      </w:r>
      <w:r>
        <w:t>不是去学个啥，我们学的是驾驭AI；而驾驭AI就像骑马一样，你必须要用AI去做一些事，在这个过程之中形成你的体感，然后你跟他融为一体。</w:t>
      </w:r>
    </w:p>
    <w:p>
      <w:pPr>
        <w:spacing w:after="160"/>
      </w:pPr>
      <w:r>
        <w:rPr>
          <w:b/>
          <w:color w:val="1F4E9D"/>
          <w:sz w:val="26"/>
        </w:rPr>
        <w:t>十五、人机协同：你是孙悟空，AI是金箍棒</w:t>
      </w:r>
    </w:p>
    <w:p>
      <w:pPr>
        <w:spacing w:after="120"/>
      </w:pPr>
      <w:r>
        <w:rPr>
          <w:b/>
        </w:rPr>
        <w:t>曹教练</w:t>
      </w:r>
      <w:r>
        <w:t>：人机协同，就是我们这些人未来在这个世界上，真的能够跟别人形成像坦克一样的碾压优势的话，你要有一个能力：</w:t>
      </w:r>
      <w:r>
        <w:rPr>
          <w:b/>
        </w:rPr>
        <w:t>人和AI的人机协同的能力。</w:t>
      </w:r>
    </w:p>
    <w:p>
      <w:pPr>
        <w:spacing w:after="120"/>
      </w:pPr>
      <w:r>
        <w:t>人机协同，不是"你用AI干个啥事"——那玩意叫工具。什么叫人机协同？这就是孙悟空和金箍棒的关系。那个棒子在东海龙宫放了那么多年，东海龙王也没用好它；金箍棒和孙猴子本来就是一体两面，你中有我、我中有你。这个棒子只有在孙猴子用，它才叫如意金箍棒，别人用不了；孙猴子也只有在有棒子加持的情况下，才是孙悟空。</w:t>
      </w:r>
    </w:p>
    <w:p>
      <w:pPr>
        <w:spacing w:after="120"/>
      </w:pPr>
      <w:r>
        <w:rPr>
          <w:b/>
        </w:rPr>
        <w:t>曹教练</w:t>
      </w:r>
      <w:r>
        <w:t>：所以未来一定是这样的：</w:t>
      </w:r>
      <w:r>
        <w:rPr>
          <w:b/>
        </w:rPr>
        <w:t>AI是金箍棒，你就是孙悟空。</w:t>
      </w:r>
      <w:r>
        <w:t>你俩必须融为一体。如果不能融为一体，他就是个元宝、就是个豆包工作，那玩意没用，对老板来讲几乎没啥用。</w:t>
      </w:r>
    </w:p>
    <w:p>
      <w:pPr>
        <w:spacing w:after="120"/>
      </w:pPr>
      <w:r>
        <w:t>这道坎过了，后面就好说了。因为前面最重要的两条：第一，你要对这个世界竞争格局的变化保持高度敏感——这个世界已经从内卷变成撕裂、变成坦克级的碾压；第二，你要跟AI学会相处，形成体感、形成人机协同，你中有我、我中有你。这两步做不到，后面就不要谈了。</w:t>
      </w:r>
    </w:p>
    <w:p>
      <w:pPr>
        <w:spacing w:after="160"/>
      </w:pPr>
      <w:r>
        <w:rPr>
          <w:b/>
          <w:color w:val="1F4E9D"/>
          <w:sz w:val="26"/>
        </w:rPr>
        <w:t>十六、AI到底是什么：五层，以及"取决于你是谁"</w:t>
      </w:r>
    </w:p>
    <w:p>
      <w:pPr>
        <w:spacing w:after="120"/>
      </w:pPr>
      <w:r>
        <w:rPr>
          <w:b/>
        </w:rPr>
        <w:t>曹教练</w:t>
      </w:r>
      <w:r>
        <w:t>：后面都很简单。第一个问题：</w:t>
      </w:r>
      <w:r>
        <w:rPr>
          <w:b/>
        </w:rPr>
        <w:t>AI到底是什么？</w:t>
      </w:r>
      <w:r>
        <w:t>其实大部分人不知道。</w:t>
      </w:r>
    </w:p>
    <w:p>
      <w:pPr>
        <w:spacing w:after="120"/>
      </w:pPr>
      <w:r>
        <w:t>第一层，</w:t>
      </w:r>
      <w:r>
        <w:rPr>
          <w:b/>
        </w:rPr>
        <w:t>AI是个玩具</w:t>
      </w:r>
      <w:r>
        <w:t>。在我妈妈面前，豆包就是一个给你提供情绪价值的娱乐化产品。那为什么我女儿用豆包用得贼生气？因为她试图用简单的事把4道题都做对，结果4道错了3道——她试图把豆包当工具，不好使。</w:t>
      </w:r>
    </w:p>
    <w:p>
      <w:pPr>
        <w:spacing w:after="120"/>
      </w:pPr>
      <w:r>
        <w:t>第二层，</w:t>
      </w:r>
      <w:r>
        <w:rPr>
          <w:b/>
        </w:rPr>
        <w:t>工具</w:t>
      </w:r>
      <w:r>
        <w:t>。现在工具很多：帮你做PPT、剪视频，我女儿还用它作曲、写歌。这些叫工具。</w:t>
      </w:r>
    </w:p>
    <w:p>
      <w:pPr>
        <w:spacing w:after="120"/>
      </w:pPr>
      <w:r>
        <w:t>再往上一层，</w:t>
      </w:r>
      <w:r>
        <w:rPr>
          <w:b/>
        </w:rPr>
        <w:t>工作助手</w:t>
      </w:r>
      <w:r>
        <w:t>。比如最近职场上比较火的有豆包工作——不是豆包，这是两个层次的产品；还有百度搭子，千问也有千问的工作，各大AI都已经出了工作模式。豆包工作和豆包啥区别？豆包是娱乐化产品，就是那种简单聊天的，包括元宝，他们是娱乐化产品里的佼佼者。工作助手的AI强调专业，他不强调娱乐，他不逗你玩，他得帮你干活，要能够完成常用的、相对标准化的一些具体工作，给出专业的结果。</w:t>
      </w:r>
    </w:p>
    <w:p>
      <w:pPr>
        <w:spacing w:after="120"/>
      </w:pPr>
      <w:r>
        <w:rPr>
          <w:b/>
        </w:rPr>
        <w:t>曹教练</w:t>
      </w:r>
      <w:r>
        <w:t>：你比如说法律行业，你能用豆包去干法律的事吗？因为他说话可以胡说八道。前阵子豆包被告到互联网法院的事，有一哥们用豆包买机票，问能不能退，豆包告诉他能退，说得特别真，后来退不了。这哥们说：你当时说了还给我承诺了，我现在退不了，我告你。豆包还告诉他你怎么投诉我，还一顿教他，还说你一定能赢。后来互联网法院确实立案了。然后豆包就说：不对呀，我就是个AI呀，你怎么能跟我较真呢？他又不承认了。</w:t>
      </w:r>
    </w:p>
    <w:p>
      <w:pPr>
        <w:spacing w:after="120"/>
      </w:pPr>
      <w:r>
        <w:t>什么意思？普通的、玩具级的AI，他给你的是情绪价值，而不能给你专业结果；你也别寄希望于他能给你专业结果，因为他本来就不是这么设计的。豆包工作和豆包这个差别就非常大了，因为工作助手能给你一些专业的结果。</w:t>
      </w:r>
    </w:p>
    <w:p>
      <w:pPr>
        <w:spacing w:after="120"/>
      </w:pPr>
      <w:r>
        <w:t>第三层，</w:t>
      </w:r>
      <w:r>
        <w:rPr>
          <w:b/>
        </w:rPr>
        <w:t>开发级的AI</w:t>
      </w:r>
      <w:r>
        <w:t>。作为创业者来讲，用豆包工作、用搭子够不够呢？记住：远远不够，它是必要的，但不够。我们作为老板、作为创业者，创业是个标准化的东西吗？你每个项目、每个动作都有标准答案吗？没有。所以你要用开发级的AI。</w:t>
      </w:r>
    </w:p>
    <w:p>
      <w:pPr>
        <w:spacing w:after="120"/>
      </w:pPr>
      <w:r>
        <w:t>比较典型的：ChatGPT 5.6（5.5现在已经没有了）、Claude、Codex、还有国内的各种开发类平台。你像我们用的就是"Trae"，是字节旗下的一个开发平台，国产的大模型基本都集成了；豆包、百度也都有；Deepseek也有，它可以把外部的东西以插件的形式进去，然后执行很多工作。这些AI是可以具体开发产品、开发企业级应用的。</w:t>
      </w:r>
    </w:p>
    <w:p>
      <w:pPr>
        <w:spacing w:after="120"/>
      </w:pPr>
      <w:r>
        <w:t>说普通豆包也有开发模式，他开发个简单的玩的行；但你要真的让他去开发大型系统，他的整体推理、逻辑，尤其是工程实施能力弱。一般的工作助手做白领、办公室的工作没问题，但你让他做大型软件工程做不了，因为他不是那么设计的。</w:t>
      </w:r>
    </w:p>
    <w:p>
      <w:pPr>
        <w:spacing w:after="120"/>
      </w:pPr>
      <w:r>
        <w:rPr>
          <w:b/>
        </w:rPr>
        <w:t>曹教练</w:t>
      </w:r>
      <w:r>
        <w:t>：最后一层，也是我们要的：</w:t>
      </w:r>
      <w:r>
        <w:rPr>
          <w:b/>
        </w:rPr>
        <w:t>联合创始人。</w:t>
      </w:r>
      <w:r>
        <w:t>我们跟这样的AI，不是一个"他是我的工具"，甚至他都不是我的员工——</w:t>
      </w:r>
      <w:r>
        <w:rPr>
          <w:b/>
        </w:rPr>
        <w:t>他是我的AI联合创始人。</w:t>
      </w:r>
    </w:p>
    <w:p>
      <w:pPr>
        <w:spacing w:after="120"/>
      </w:pPr>
      <w:r>
        <w:t>如果你把它当工具，它就是个烧火棍子，在这扒拉柴火、烧火、烧水；如果你把它当成联合创始人，其实他才是如意金箍棒，他才是诸葛亮，你就是刘备。</w:t>
      </w:r>
    </w:p>
    <w:p>
      <w:pPr>
        <w:spacing w:after="120"/>
      </w:pPr>
      <w:r>
        <w:t>所以我们的观点是什么？</w:t>
      </w:r>
      <w:r>
        <w:rPr>
          <w:b/>
        </w:rPr>
        <w:t>AI是啥不重要，你是谁才重要；AI是什么取决于你是谁。</w:t>
      </w:r>
      <w:r>
        <w:t>74岁的老太太，在她面前AI就是个玩具，一天逗得可开心了；对我女儿来讲，AI最次也得是个工具；对职场里的人来讲，AI必须得是一个提效的工作助手；对于我们这些创业者来讲，AI就得是诸葛亮、就得是五虎上将、就得是金箍棒。</w:t>
      </w:r>
    </w:p>
    <w:p>
      <w:pPr>
        <w:spacing w:after="120"/>
      </w:pPr>
      <w:r>
        <w:rPr>
          <w:b/>
        </w:rPr>
        <w:t>曹教练</w:t>
      </w:r>
      <w:r>
        <w:t>：不然你说你是个老板，成天用的就是工作助手、用的就是豆包工作。我给你们举个例子：如果你是个开饭店的老板，你会成天手里拿个菜刀吗？你会成天手里拿个大马勺吗？不会的。厨子才成天拿个马勺，因为厨子是个专业型选手，他用的是工具。你是饭店的老板，你要把厨子还有其他的服务人员用好、经营好一家饭店，而不是用好一把菜刀或者一个勺子。</w:t>
      </w:r>
    </w:p>
    <w:p>
      <w:pPr>
        <w:spacing w:after="120"/>
      </w:pPr>
      <w:r>
        <w:t>所以作为一个创业者，我们鼓励大家把AI作为自己的联合创始人去用。如果你能到这个级别——</w:t>
      </w:r>
      <w:r>
        <w:rPr>
          <w:b/>
        </w:rPr>
        <w:t>坦克就来了。</w:t>
      </w:r>
    </w:p>
    <w:p>
      <w:pPr>
        <w:spacing w:after="160"/>
      </w:pPr>
      <w:r>
        <w:rPr>
          <w:b/>
          <w:color w:val="1F4E9D"/>
          <w:sz w:val="26"/>
        </w:rPr>
        <w:t>十七、人机铁三角：人永远是最高那个点</w:t>
      </w:r>
    </w:p>
    <w:p>
      <w:pPr>
        <w:spacing w:after="120"/>
      </w:pPr>
      <w:r>
        <w:rPr>
          <w:b/>
        </w:rPr>
        <w:t>曹教练</w:t>
      </w:r>
      <w:r>
        <w:t>：看下面这句话："人机铁三角"。机说的是AI，因为它的载体毕竟是个机器。为什么叫三角？那个3是啥意思？不是人和AI只有两角吗？错了。</w:t>
      </w:r>
    </w:p>
    <w:p>
      <w:pPr>
        <w:spacing w:after="120"/>
      </w:pPr>
      <w:r>
        <w:t>在老板的眼里边、序列里边，AI分两层：</w:t>
      </w:r>
    </w:p>
    <w:p>
      <w:pPr>
        <w:spacing w:after="120"/>
      </w:pPr>
      <w:r>
        <w:rPr>
          <w:b/>
        </w:rPr>
        <w:t>第一层是诸葛亮层</w:t>
      </w:r>
      <w:r>
        <w:t>，就是他作为你的联合创始人存在。他真的有你的记忆、有你的理念、有你的行业洞察、有你的未来规划，他可以跟你一块去商讨，甚至为了你们的事业而反对你。工作助手永远不会反对你，豆包工作永远不会反对你——因为像这种工作助手级的AI，没有你的三观、没有你的底座，它只是能够执行。</w:t>
      </w:r>
    </w:p>
    <w:p>
      <w:pPr>
        <w:spacing w:after="120"/>
      </w:pPr>
      <w:r>
        <w:rPr>
          <w:b/>
        </w:rPr>
        <w:t>第二层是功能性AI。</w:t>
      </w:r>
      <w:r>
        <w:t>比如我用豆包工作干嘛？我让它充当外部审计。我和我的AI团队做了一个项目、干了什么事，我们自己该验验、该自检，自检都没问题了，我们会请外部AI帮着做外审，帮我们发现问题、挖毛病；但是这个没问题，改它改不了，还得我们自己的AI去做。</w:t>
      </w:r>
    </w:p>
    <w:p>
      <w:pPr>
        <w:spacing w:after="120"/>
      </w:pPr>
      <w:r>
        <w:t>也就是说，我们自己用外边的AI也好，还是你自己开发的某个功能性AI也好，它只负责一个具体的功能。你可以理解为带兵打仗：有诸葛亮这个级别的，还得有五虎上将，你是不是也得有下面的各个军兵种、各个单兵？</w:t>
      </w:r>
    </w:p>
    <w:p>
      <w:pPr>
        <w:spacing w:after="120"/>
      </w:pPr>
      <w:r>
        <w:rPr>
          <w:b/>
        </w:rPr>
        <w:t>曹教练</w:t>
      </w:r>
      <w:r>
        <w:t>：所以说这些AI没有哪个好和不好，它实际上是一个体系。你光有最上面人也不行，你也得有工具；你光有工具也不行，你还得有员工。它是一个体系，缺一而不可，不是说谁就一定高级、谁低级。我们构建AI团队也是这个道理。</w:t>
      </w:r>
    </w:p>
    <w:p>
      <w:pPr>
        <w:spacing w:after="120"/>
      </w:pPr>
      <w:r>
        <w:t>但是人机铁三角，</w:t>
      </w:r>
      <w:r>
        <w:rPr>
          <w:b/>
        </w:rPr>
        <w:t>人永远是最高那个点</w:t>
      </w:r>
      <w:r>
        <w:t>。为什么？你要负责决策、选方向、踩刹车、担责任，这些事人类是首当其冲的，AI无法替你担责，甚至它连方向有的时候都找不准。</w:t>
      </w:r>
    </w:p>
    <w:p>
      <w:pPr>
        <w:spacing w:after="120"/>
      </w:pPr>
      <w:r>
        <w:t>所以人是三角的中心和上边，然后你的联合创始人AI和功能性AI，更多的是跟你一块出谋划策、跟你一块执行。工作助手这种是偏执行的、偏专业化的执行，它跟你出谋划策都不行。我要想当好你的军师，首先得了解你、理解你、热爱你，完了不背叛你；这些我都做不到，我怎么可能给你出谋划策呢？它出不了。</w:t>
      </w:r>
    </w:p>
    <w:p>
      <w:pPr>
        <w:spacing w:after="120"/>
      </w:pPr>
      <w:r>
        <w:rPr>
          <w:b/>
        </w:rPr>
        <w:t>曹教练</w:t>
      </w:r>
      <w:r>
        <w:t>：这个形成的人机铁三角就是坦克。原来你没有AI，咱不说别的，我们去做一个竞品分析你都不行——因为我们的视野、知识面、人脉都是有限的，所以我们之前要调研什么事老费劲了，得花好长时间、好多成本。现在呢？我们经常出现的一个画面是：在这个窗口里边，我们在全球做调研，全国、全球，几分钟就出来了。原来你想都不敢想——原来你是不是得花好多钱请专家，然后自己出差看现场？现在不用，可能几毛钱的成本都没发生，时间还贼快，他还帮你穿越时空。更别说执行层面了，执行层面的力量就更大了。</w:t>
      </w:r>
    </w:p>
    <w:p>
      <w:pPr>
        <w:spacing w:after="120"/>
      </w:pPr>
      <w:r>
        <w:t>所以在你的同行还在睡大觉、还没有觉醒的时候，你先醒了，并且你搭建出了你自己的人机铁三角，</w:t>
      </w:r>
      <w:r>
        <w:rPr>
          <w:b/>
        </w:rPr>
        <w:t>这就是碾压。</w:t>
      </w:r>
    </w:p>
    <w:p>
      <w:pPr>
        <w:spacing w:after="120"/>
      </w:pPr>
      <w:r>
        <w:rPr>
          <w:b w:val="0"/>
          <w:color w:val="666666"/>
          <w:sz w:val="20"/>
        </w:rPr>
        <w:t>上半部分结束。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