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每日一课·第㊷讲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《从内卷到碾压——AI时代的竞争策略（下）》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主讲：曹勇波｜开课日期：2026-11-04｜课程类型：现役课程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从内卷到碾压——AI时代的竞争策略（下）（第㊷讲·现役课程）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：2026-11-04（牛咖创课第39期·下·15:06–16:16·金海牛能源环境产业园）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：曹勇波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整理说明</w:t>
      </w:r>
      <w:r>
        <w:rPr>
          <w:rFonts w:ascii="Calibri" w:hAnsi="Calibri" w:eastAsia="微软雅黑"/>
          <w:color w:val="555577"/>
          <w:sz w:val="20"/>
        </w:rPr>
        <w:t>：本文为课堂实录整理稿：保留全部观点、论证、案例与数字；已清理口头语、重复与现场调度内容，修正同音字；分段标题由整理者添加。整理明细见文末附录。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十八、H2H 到 A2A：商业的内核变了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：不管是哪种商业模式，还是哪种情怀，最后一定要落到钱上。我们创业，最后一定要落到哪呢？到交易、到商业、到这个闭环，这个没毛病吧？这一块我重点跟大家讲一下。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咱看一下这两个词：一个是 H2H，一个是 A2A。新朋友可能没听过这样的概念。H 啥意思？Human Being，是人类。A 是啥？就是 AI。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为什么叫 H2H 呢？古今中外，人和人做生意、谈合作，我们创业，本质上是人和人的一种社交行为，这能理解吧？你想跟他谈个事，你俩跑到星巴克，坐那去聊天，顺手喝了一杯咖啡——你们的目的不是喝咖啡去了，你的目的是俩人谈事去了，是这么个道理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包括咱们今天这不也是社交吗？是不是有个场景，有一个桌子、有一堆凳子，大家伙坐在这，然后听人在前面白话，好像在听课，其实我们这也是一种社交。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所以说我们之前大部分的各种事，其实是 H2H。也正是因为创业也是一种特殊的人类社交，所以我们公司的组织架构设置、各种游戏规则的设计，其实都是围绕着人展开的：你是人，你的合伙人是人，你的员工是人，你的客户、你的股东，各方面其实都是人。你想驱动各种类型的人帮你去解决问题，所以你所有东西是围绕着人来展开的，这个没毛病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下一步，这个东西变化了。在 AI 的时代，未来商业模式，甚至是盈利模式的核心，变成了 A2A——变成了 AI 和 AI 之间。我给你们举几个例子，你们可以稍微脑洞开一点，尽量去理解。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十九、点一盘饺子：中间那段全变成了 AI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比如我现在想点盘饺子、想点个外卖，场景是不是这样：我拿手机打开美团，一顿找，方圆几公里之内有几个饺子馆，看看这饺子馆里有什么馅的，看看有没有好评、有没有差评，最终我选了一家。然后我要吃什么馅的，点个大份 15、小份 10，下单，然后有快递小哥到店里把那饺子拿来送到我这来。是不是这么一个流程？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大家知不知道 AI 手机都出来了？你想象一下，在 AI 的时代，如果你还想吃这盘饺子，它会发生什么？今年 4 月份在北京出现一个非常著名的事：有一家饺子馆一夜爆火，你们知道它是怎么发生的吗？你可以到网上查一下这个案例——一个饺子馆和 AI 到底有啥关系。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我给你们讲一个场景。我拿了我的 AI 手机，AI 手机里边没有 APP——咱们现在的手机里面是不是各种 APP？本质上就是各种工具——里面就一个 AI，可能是豆包、可能是元宝、可能是 ChatGPT。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说："豆包豆包，我要吃饺子。"它说："主人你要吃饺子，你要吃啥馅的呀？"我说："我要吃酸菜馅的。"它说："好嘞好嘞，你等着啊，我去给你买去。"然后你就等着，不到一会无人机进来了，把饺子卡好一放，咔咔就吃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那中间发生了什么呢？我跟我的 AI 说我要吃酸菜馅的饺子，我的 AI 它非常了解我：比如它了解我的饭量，我是该点大份还是该点小份；他甚至了解我在哪吃——我在办公室吃，可能就没有餐具，它就得说这个饺子顺带还得带一副筷子、带点小料；那如果我在家呢？它可能就不用点筷子了。为什么？我的 AI 非常了解我。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然后它在 AI 的世界里面去找：离我老板 5 公里以内有多少个饺子馆，看看这饺子馆里都有什么馅，看看这家评价好不好、价格好不好、质量好不好。一顿对比，甚至它问问那个 AI："哎，哥们，你说这家饺子馆靠谱不？"对方说："你可别去啊，那家饺子馆前两天我订了，让我主人把我骂了。"有没有可能？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现在你看到的评价是不是人写的？是给人看的。以后可能就是 AI 写的，然后给 AI 看。AI 看明白了："这小子前两天买了个饺子，让他老板给他一顿骂，这家饺子馆我可不去了，我去那家吧。"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然后它选了个大份，还选个小份，自己下单。比如这份饺子 10 块钱，它一摸钱包——我老板跟我说了 10 块、20 块以内的自己做主——行了，它直接就买了，不用再跟我老板请示，下单了。下单之后直接跟对方的 AI 一交换，对方应该说："行了，你下完单了我赶紧告诉后厨，赶紧做。"然后一会负责快递的 AI 就过来了，把东西拿走，送到我这来。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什么意思？</w:t>
      </w:r>
      <w:r>
        <w:rPr>
          <w:rFonts w:ascii="Calibri" w:hAnsi="Calibri" w:eastAsia="微软雅黑"/>
          <w:b/>
          <w:sz w:val="22"/>
        </w:rPr>
        <w:t>未来所有的商业行为，中间那段都变成了我的 AI 和你的 AI。</w:t>
      </w:r>
      <w:r>
        <w:rPr>
          <w:rFonts w:ascii="Calibri" w:hAnsi="Calibri" w:eastAsia="微软雅黑"/>
          <w:sz w:val="22"/>
        </w:rPr>
        <w:t xml:space="preserve"> 未来 AI 全民化，所有的个人和所有的企业都会有一个、或者 n 个、甚至更多的 AI。原来人类的商业行为，中间那段全是人和人；未来就变成了 AI 和 AI，两边是人。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这个呢？不是我老曹发明的。大家如果好奇，可以去查一下 A2A 到底是个什么东西。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二十、A2A 是协议：MCP 与 A2A 各管一段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：这里有两个容易混的协议，给大家分清楚。一个是 MCP，一个是 A2A——都是标准化协议。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先说提出协议的这家公司。Anthropic 的老板是当年从 OpenAI 出来的，他出来之后创建了 Anthropic，这家公司最有名的产品就是 Claude，Claude Code 这类编程工具也出自它家。</w:t>
      </w:r>
      <w:r>
        <w:rPr>
          <w:rFonts w:ascii="Calibri" w:hAnsi="Calibri" w:eastAsia="微软雅黑"/>
          <w:b/>
          <w:sz w:val="22"/>
        </w:rPr>
        <w:t>MCP 协议就是 Anthropic 提出的。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MCP 解决的是什么？解决的是外边的 AI 如何调用你家东西的问题，是一种协议。</w:t>
      </w:r>
      <w:r>
        <w:rPr>
          <w:rFonts w:ascii="Calibri" w:hAnsi="Calibri" w:eastAsia="微软雅黑"/>
          <w:b/>
          <w:sz w:val="22"/>
        </w:rPr>
        <w:t>A2A 协议则是 Google 提出的</w:t>
      </w:r>
      <w:r>
        <w:rPr>
          <w:rFonts w:ascii="Calibri" w:hAnsi="Calibri" w:eastAsia="微软雅黑"/>
          <w:sz w:val="22"/>
        </w:rPr>
        <w:t>，解决什么？解决的是</w:t>
      </w:r>
      <w:r>
        <w:rPr>
          <w:rFonts w:ascii="Calibri" w:hAnsi="Calibri" w:eastAsia="微软雅黑"/>
          <w:b/>
          <w:sz w:val="22"/>
        </w:rPr>
        <w:t>不同生态如何发起会面</w:t>
      </w:r>
      <w:r>
        <w:rPr>
          <w:rFonts w:ascii="Calibri" w:hAnsi="Calibri" w:eastAsia="微软雅黑"/>
          <w:sz w:val="22"/>
        </w:rPr>
        <w:t>的问题。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中国的 AI 是比较封闭的：腾讯的 AI 在腾讯的生态玩，字节的 AI 在字节的生态圈，这两个生态的 AI 没法通信。比如说元宝就能发视频号那个视频，直接就能转写成文字，很顺溜；你用别的 AI 去爬腾讯，腾讯的反扒机制就非常严，不让。但是元宝因为是那个生态的，它就有"近水楼台先得月"的优势，对吧？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各大 AI 都在玩封闭，但这个不符合趋势。趋势就是各大 AI 要通信，所以 A2A 是解决不同生态的 AI 通信问题的。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那么现在来讲，娱乐化的 AI、社交也有了——这个你们知道吗？AI 的语言也有了，AI 的宗教都有，是不是有点特别玄幻？就好像科幻小说一样，但就这样。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所以说在新的时代，因为认知差，信息这个东西已经都打没了。大家只要保持关注，都能够去查到这些资料。而这个事不是现在才发生的，好长时间就已经发生了。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下一步，包括现在，不管是马斯克、黄仁勋，他们都在压注一个赛道——AI 创业社交。前两天马斯克刚说一个事：他要让他的 AI 去帮助世界上所有的创业者去砍价。你听到这个事没有？什么意思？就是这些大佬级的存在已经开始在琢磨 AI 的商业应用了——不是把 AI 当个工具，画个画、搞个 PPT，而是用 AI 去做商业社交。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那我们现在做的呢？像我们万有 AI，我们本质上就在做中国的 AI 原生创业社交。所以我的官网不是给人用的，</w:t>
      </w:r>
      <w:r>
        <w:rPr>
          <w:rFonts w:ascii="Calibri" w:hAnsi="Calibri" w:eastAsia="微软雅黑"/>
          <w:b/>
          <w:sz w:val="22"/>
        </w:rPr>
        <w:t>我的官网就是给 AI 用的</w:t>
      </w:r>
      <w:r>
        <w:rPr>
          <w:rFonts w:ascii="Calibri" w:hAnsi="Calibri" w:eastAsia="微软雅黑"/>
          <w:sz w:val="22"/>
        </w:rPr>
        <w:t>，明白吧？我主张的也是 AI 原生的创业方向。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所以大家对这个基本概念，今天不用说全懂，你就是知道了有那么多东西，然后你自己去研究研究，马上就知道是什么意思。所以说未来，我们都是从人和人做生意，变成了"我的 AI 和你的 AI"做生意。</w:t>
      </w:r>
      <w:r>
        <w:rPr>
          <w:rFonts w:ascii="Calibri" w:hAnsi="Calibri" w:eastAsia="微软雅黑"/>
          <w:b/>
          <w:sz w:val="22"/>
        </w:rPr>
        <w:t>这是内核的变化</w:t>
      </w:r>
      <w:r>
        <w:rPr>
          <w:rFonts w:ascii="Calibri" w:hAnsi="Calibri" w:eastAsia="微软雅黑"/>
          <w:sz w:val="22"/>
        </w:rPr>
        <w:t>，这东西变了，其他很多玩法都变了。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二十一、实用路径：老板只有两条路，工具那条不能走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我再给大家说一下实用路径。其实很多人开始觉醒了，都觉得：这个 AI 我喜不喜欢？不喜欢的咱也阻止不了。AI 已来，不是未来，叫 AI 已来，而且趋势不可逆。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那你说我们就是个小老板、就是个普通公司，我咋实现？我到底该怎么整？我难道就用了豆包、用过 AI 工具，我就拥抱 AI 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你是个老板，你作为一个企业家，你应该思考的是：</w:t>
      </w:r>
      <w:r>
        <w:rPr>
          <w:rFonts w:ascii="Calibri" w:hAnsi="Calibri" w:eastAsia="微软雅黑"/>
          <w:b/>
          <w:sz w:val="22"/>
        </w:rPr>
        <w:t>我这家企业到底该如何拥抱 AI？</w:t>
      </w:r>
      <w:r>
        <w:rPr>
          <w:rFonts w:ascii="Calibri" w:hAnsi="Calibri" w:eastAsia="微软雅黑"/>
          <w:sz w:val="22"/>
        </w:rPr>
        <w:t xml:space="preserve"> 要不然跟你有啥关系？半毛钱关系都没有。你就看人家平地起高楼，自己还啥也不是，你就被别人碾压了。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甭管你是哪行哪业、哪个层次、哪个规模的企业，你有两条路可选。第三条路现在很多老板知道——用过 AI 工具——</w:t>
      </w:r>
      <w:r>
        <w:rPr>
          <w:rFonts w:ascii="Calibri" w:hAnsi="Calibri" w:eastAsia="微软雅黑"/>
          <w:b/>
          <w:sz w:val="22"/>
        </w:rPr>
        <w:t>这条路不可选</w:t>
      </w:r>
      <w:r>
        <w:rPr>
          <w:rFonts w:ascii="Calibri" w:hAnsi="Calibri" w:eastAsia="微软雅黑"/>
          <w:sz w:val="22"/>
        </w:rPr>
        <w:t>。工具是给你的员工用的，不是给你用的。你掉价了，甚至你越用工具，你本来是个老板，用着用着变成个大头兵了，你的层次都拉下来了。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你要选的是这两条路：第一，</w:t>
      </w:r>
      <w:r>
        <w:rPr>
          <w:rFonts w:ascii="Calibri" w:hAnsi="Calibri" w:eastAsia="微软雅黑"/>
          <w:b/>
          <w:sz w:val="22"/>
        </w:rPr>
        <w:t>AI 化</w:t>
      </w:r>
      <w:r>
        <w:rPr>
          <w:rFonts w:ascii="Calibri" w:hAnsi="Calibri" w:eastAsia="微软雅黑"/>
          <w:sz w:val="22"/>
        </w:rPr>
        <w:t>；第二，</w:t>
      </w:r>
      <w:r>
        <w:rPr>
          <w:rFonts w:ascii="Calibri" w:hAnsi="Calibri" w:eastAsia="微软雅黑"/>
          <w:b/>
          <w:sz w:val="22"/>
        </w:rPr>
        <w:t>AI 原生</w:t>
      </w:r>
      <w:r>
        <w:rPr>
          <w:rFonts w:ascii="Calibri" w:hAnsi="Calibri" w:eastAsia="微软雅黑"/>
          <w:sz w:val="22"/>
        </w:rPr>
        <w:t>。只有这两条路线可走。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那请问什么叫 AI 化、什么叫 AI 原生？他俩有先后顺序没有？是不是必须先是一、然后再是二？还是说他俩只能选一个？还是有其他组合？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二十二、"化"是什么：一个外力，让状态从 A 变成 B</w:t>
      </w:r>
    </w:p>
    <w:p>
      <w:pPr>
        <w:spacing w:after="120"/>
      </w:pPr>
      <w:r>
        <w:rPr>
          <w:rFonts w:ascii="Calibri" w:hAnsi="Calibri" w:eastAsia="微软雅黑"/>
          <w:sz w:val="22"/>
        </w:rPr>
        <w:t>先说清楚什么叫"化"。举个例子：这个玻璃，是不是叫钢化玻璃？什么叫钢化玻璃？钢，是这个玻璃像钢一样硬，特别硬，不那么脆。马路，你看最近青岛好多在修路，那个路面叫啥？叫硬化路面。工业园区里一些路硬化程度特别高，为什么？要过几十吨的重车。所以那个路就得特别修：挖得很深，砸了很多石头，又弄很多钢筋混凝土；别的路可能就不这么修，你表面上看不出来，但这个路就能承重更大。它叫硬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还有啥？现代化、信息化；哪个国家被侵略了叫奴化；一个人在公司上班上得挺好叫职业化；我们的军人现在都叫职业化军人了，不叫义务兵了。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这个"化"是啥意思？</w:t>
      </w:r>
      <w:r>
        <w:rPr>
          <w:rFonts w:ascii="Calibri" w:hAnsi="Calibri" w:eastAsia="微软雅黑"/>
          <w:b/>
          <w:sz w:val="22"/>
        </w:rPr>
        <w:t>"化"是个外力——让一个东西的状态，在外力的作用下从 A 变成 B。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这个玻璃，经过了某种工艺，让玻璃从一个容易碎的状态变成了硬、不容易碎的状态，这个叫钢化的过程，能听懂吧？这条马路，如果你不这么修，表面上也很漂亮，压了几趟车，过了一年就出现很多坑坑坎坎，它就软；但你要是把它挖得很深、压得很实，里面又投了很多大石头、放了钢筋混凝土，再造一层，这样的马路就可以过几十吨的车，好多年都不坏。这是不是也是外力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二十三、AI 化：把 AI 当外因嵌进业务流</w:t>
      </w:r>
    </w:p>
    <w:p>
      <w:pPr>
        <w:spacing w:after="120"/>
      </w:pPr>
      <w:r>
        <w:rPr>
          <w:rFonts w:ascii="Calibri" w:hAnsi="Calibri" w:eastAsia="微软雅黑"/>
          <w:sz w:val="22"/>
        </w:rPr>
        <w:t>AI 化，是把 AI 当成一个外部工具，嵌到了你公司原有的业务中去，让你的状态从低效变高效，降本增效。这个过程叫 AI 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那位哥们皱着个眉头认真思考，大家一定要适度去理解一下：AI 化本质上是把 AI 当一个外因、一个降本增效的工具，嵌到了你的业务流中，让你公司的效率提升。这不也是符合刚才说的"化"吗？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但注意：</w:t>
      </w:r>
      <w:r>
        <w:rPr>
          <w:rFonts w:ascii="Calibri" w:hAnsi="Calibri" w:eastAsia="微软雅黑"/>
          <w:b/>
          <w:sz w:val="22"/>
        </w:rPr>
        <w:t>AI 化的前提，是你原有的基础是好的。</w:t>
      </w:r>
      <w:r>
        <w:rPr>
          <w:rFonts w:ascii="Calibri" w:hAnsi="Calibri" w:eastAsia="微软雅黑"/>
          <w:sz w:val="22"/>
        </w:rPr>
        <w:t xml:space="preserve"> 但凡你公司的规章制度、流程、SOP 都已经比较顺了，"化"把 AI 作为工具，可以让你跑得更快。什么意思？这个马路都已经形成高速了，原来你赶牛车，现在给你配个汽车，你就会快；但如果你这个马路特别特别差，给你什么车你也跑不起来。所以"化"是在现有已经相对完善的情况下，让它提效能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二十四、AI 原生：一切以 AI 为核心展开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那什么叫 AI 原生？我给你们举个例子，我跟我的团队是怎么配合的。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我现在办公地点在金海牛，我带着一帮 AI 干活；我们还有另外一个团队在别的地方干活，用的也都是 Trae。我是偏产品、偏研发那一头，偏品宣那边是另外一个团队：比如我们写的很多方法论、很多技术白皮书，我们在官网上都发表完了，还要在全网各大平台再去公开发表，去吸引更多的 AI 来造访我们。他那条线干那个，我们这条线干这个。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两个团队的 AI 如果在一件事上的口径不一样，就容易出岔子，能理解吧？怎么让它一样呢？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今天那边的负责人就给我提了个要求。因为我们今天要干一个知识产权申请的事，我就按照以前的方式给他发 Word 文档，WPS 的 docx 格式——因为我们之前不就是人和人之间发文档吗？不就是发 WPS 这些东西吗？我发过去了。他以前也没跟我说啥，我有的时候发 MD 格式，有的时候发 Word 格式，反正就随便发过去了。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今天对方的负责人给我回信了：曹总，以后我们两个团队的各种文档往来，请您尽可能发 MD 格式，这样有利于我方 AI 团队来读取。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原来咋不这么说呢？什么意思？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人类的文档格式里边有啥？有标题、有字号、有加粗的，还整点颜色，还整个好看的封皮，还整排版，还有一二三四五页，甚至页眉页脚。你为什么要这么干？其实是为了读者友好：看着清晰、看着美观、看着得劲。这是人类的视觉需要和心理需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那请问 AI 需不需要？你说给 AI 也整个大小字、设计个艺术字体？</w:t>
      </w:r>
      <w:r>
        <w:rPr>
          <w:rFonts w:ascii="Calibri" w:hAnsi="Calibri" w:eastAsia="微软雅黑"/>
          <w:b/>
          <w:sz w:val="22"/>
        </w:rPr>
        <w:t>他不需要这些东西，这些东西对 AI 来讲是负担。</w:t>
      </w:r>
      <w:r>
        <w:rPr>
          <w:rFonts w:ascii="Calibri" w:hAnsi="Calibri" w:eastAsia="微软雅黑"/>
          <w:sz w:val="22"/>
        </w:rPr>
        <w:t xml:space="preserve"> 比如说 PPT，你把一个 PPT 直接甩给 AI，它还得重新去解析，甚至还得转化，然后可能还会出错。为啥？它根本不需要看这个。它要什么？</w:t>
      </w:r>
      <w:r>
        <w:rPr>
          <w:rFonts w:ascii="Calibri" w:hAnsi="Calibri" w:eastAsia="微软雅黑"/>
          <w:b/>
          <w:sz w:val="22"/>
        </w:rPr>
        <w:t>从文本的角度讲，对 AI 最友好的格式是纯文本，最经典的就是 Markdown（MD 格式），还有 TXT。</w:t>
      </w:r>
      <w:r>
        <w:rPr>
          <w:rFonts w:ascii="Calibri" w:hAnsi="Calibri" w:eastAsia="微软雅黑"/>
          <w:sz w:val="22"/>
        </w:rPr>
        <w:t xml:space="preserve"> 这些东西对它来讲不需要翻译，上来就能读；对它来讲也不分什么字号、什么粗细，最省事、最快捷、消耗 TOKEN 最少。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你看，我们连一个文案的文档格式，都要奔着对 AI 友好的方式去做，而不是对老板友好的方式去做。什么意思？</w:t>
      </w:r>
      <w:r>
        <w:rPr>
          <w:rFonts w:ascii="Calibri" w:hAnsi="Calibri" w:eastAsia="微软雅黑"/>
          <w:b/>
          <w:sz w:val="22"/>
        </w:rPr>
        <w:t>AI 原生，就是一切以 AI 为核心展开，哪怕就是文档的格式。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我再给你们说另外一点。人类组织是不是以人为核心展开的？你的部门设计、规章制度、奖惩绩效——这哥们干得挺好，一个月给发了 1000 块钱奖金；这哥们成天调皮捣蛋、不好好上班，到点了罚他点钱；这哥们今天心情不好了，哥几个出去撸串，搞搞团建。这是不是都对人？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那请问 AI 要是没干好，你怎么办？你罚它钱呢？AI 心情不好了，你也去跟它搞个团建，领 AI 撸个串、唱个歌？好使吗？不好使。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那也就意味着：我们该如何管理 AI？如何激励 AI？如何惩罚 AI？</w:t>
      </w:r>
      <w:r>
        <w:rPr>
          <w:rFonts w:ascii="Calibri" w:hAnsi="Calibri" w:eastAsia="微软雅黑"/>
          <w:b/>
          <w:sz w:val="22"/>
        </w:rPr>
        <w:t>你原来对人的那一套东西，对 AI 其实都无效。</w:t>
      </w:r>
      <w:r>
        <w:rPr>
          <w:rFonts w:ascii="Calibri" w:hAnsi="Calibri" w:eastAsia="微软雅黑"/>
          <w:sz w:val="22"/>
        </w:rPr>
        <w:t xml:space="preserve"> 你还是用原来的东西，不就没用了？那好，我们该怎么设计呢？你就得去琢磨 AI 的机制、AI 的喜好、AI 的刚需。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二十五、营销对象变了：别往鱼塘里撒人民币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包括咱们平常刷短视频。流量经济的时候，核心是啥？啥叫流量？一说流量，说是关注，是老百姓的眼睛、老百姓的注意力。老百姓多看你一眼，可能产生消费的可能性就大。所以我们一切的营销——甭管以前写长文、写推文、图文时代，后来出现短视频，中间还有一段微商，后面出短视频、微剧、短剧，各种 AI 短剧全出来了——本质上这些营销行为，营销的是谁？是人，是人性，是人性的贪嗔痴慢疑。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因为我们贪婪，所以就会有省事的方案给你；因为我们迷恋什么东西，就会让你长生不老的方案就来了。所以原来你做的任何工作，其实都是围绕着人性展开的。你满足了人性的需要，大家就愿意拿钱来买单，是不是这个道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那请问，用这些办法去影响 AI 好使不？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举个例子，听我的课一定别光听我讲，一定要代入角色自己思考。不知道在座的有没有愿意钓鱼的？就算你不钓鱼，你也看过别人钓鱼。一般钓鱼第一件事干啥？打窝子。啥意思？这一片塘这么大面积，里面有好多鱼，你咋知道鱼在哪游？你咋能让那帮鱼跑到你这来？最好的办法是打窝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那请问，你咋不拿 1 万块钱往水里撒呢？在鱼的眼睛里面，你哗哗撒一万块钱，把鱼还吓一跳——这是什么东西？它喜欢啥？你要撒鱼饵啊，撒玉米面、撒蚯蚓。鱼不认识钱，你撒钱，在它看来这是什么东西？它也不知道这东西能吃吗？它也不吃。</w:t>
      </w:r>
      <w:r>
        <w:rPr>
          <w:rFonts w:ascii="Calibri" w:hAnsi="Calibri" w:eastAsia="微软雅黑"/>
          <w:b/>
          <w:sz w:val="22"/>
        </w:rPr>
        <w:t>人喜欢钱，鱼不喜欢钱。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AI 呢？所以现在有很多人把 GEO 做成了一门生意，翻译过来就是：反正你老板想要流量，你给我钱，我帮你整。</w:t>
      </w:r>
      <w:r>
        <w:rPr>
          <w:rFonts w:ascii="Calibri" w:hAnsi="Calibri" w:eastAsia="微软雅黑"/>
          <w:b/>
          <w:sz w:val="22"/>
        </w:rPr>
        <w:t>本质上依然是花钱买流量的逻辑。</w:t>
      </w:r>
      <w:r>
        <w:rPr>
          <w:rFonts w:ascii="Calibri" w:hAnsi="Calibri" w:eastAsia="微软雅黑"/>
          <w:sz w:val="22"/>
        </w:rPr>
        <w:t xml:space="preserve"> 后来出现啥结果？钱花了，好像也有点效果，然后被 AI 给封杀了。为啥？因为 AI 的需求、AI 的底层逻辑根本就不是人的逻辑。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为什么？因为 AI 不是人。刚才说那些，是因为你营销的是人的人性，人性是有人性的弱点的，所以你满足了他，他愿意买单。那问题是 AI 哪来的人性？AI 没有人性。你还用对付人的那套广告方式去对付 AI，你就可以理解为：你想钓鱼，往鱼塘里哗哗撒人民币，不好使。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那请问 AI 需要啥？我们跟人做生意，你是不是要成天去研究人、研究人的喜好，然后拿捏他、利用他，最后实现自己的意图？那 AI 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所以记住了：</w:t>
      </w:r>
      <w:r>
        <w:rPr>
          <w:rFonts w:ascii="Calibri" w:hAnsi="Calibri" w:eastAsia="微软雅黑"/>
          <w:b/>
          <w:sz w:val="22"/>
        </w:rPr>
        <w:t>所谓 AI 原生，是在一个公司的运营过程之中，一切以 AI 为核心</w:t>
      </w:r>
      <w:r>
        <w:rPr>
          <w:rFonts w:ascii="Calibri" w:hAnsi="Calibri" w:eastAsia="微软雅黑"/>
          <w:sz w:val="22"/>
        </w:rPr>
        <w:t>——甭管是你的 AI 做决策、做调研，还是做别的，以它为核心；还是对方的 AI，因为以后是 A2A，你的对象变成了 AI，AI 的背后是人类。所以说你满足的第一个对象是 AI。那 AI 喜欢什么？AI 的刚需是什么？得这么研究，才是 AI 原生。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二十六、两条路线怎么选：不看你公司大小，看事和看人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：那我问一个问题：对于一家公司来讲，这两个方案哪个好？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刚才有人答"后一个好"，理由是"应该是个趋势"。另一个哥们说：AI 化适合 0 到 1，AI 原生适合已经有一定规模、1 到 100 的。好，这是分两个不同的阶段、两种情形。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那它俩非此即彼吗？我必须选一个吗？不是。大家记住了：但凡跟我学 AI 的——因为我本身已经把整个 AI 原生跑了一遍，拿到结果——跟我学 AI，本质上不是学 AI，</w:t>
      </w:r>
      <w:r>
        <w:rPr>
          <w:rFonts w:ascii="Calibri" w:hAnsi="Calibri" w:eastAsia="微软雅黑"/>
          <w:b/>
          <w:sz w:val="22"/>
        </w:rPr>
        <w:t>是学创业</w:t>
      </w:r>
      <w:r>
        <w:rPr>
          <w:rFonts w:ascii="Calibri" w:hAnsi="Calibri" w:eastAsia="微软雅黑"/>
          <w:sz w:val="22"/>
        </w:rPr>
        <w:t>。AI 创业它还是创业，AI 只是个定语，甚至只是个状语，它的核心千百年来创业的本质就没变过。所以我们谈事一定要谈本质，不要用现象回答现象。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 化和 AI 原生，不是你我对立的。刚才你们说的都合理，它都有合理的一面。什么意思？分时间、分地点、分场合、分对象，你不能说一定是哪一种创业，没有标准答案。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我们按刚才那位哥们说的——非常好。我再问你们几个问题：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第一个，奔"事"去。</w:t>
      </w:r>
      <w:r>
        <w:rPr>
          <w:rFonts w:ascii="Calibri" w:hAnsi="Calibri" w:eastAsia="微软雅黑"/>
          <w:sz w:val="22"/>
        </w:rPr>
        <w:t xml:space="preserve"> 你们公司如果干一件事，当这个事比较简单的时候，你干得就顺当；这个事稍微复杂一点，干得就不顺当，团队配合也会出现一些问题。这种情况下，你觉得应该 AI 化，还是 AI 原生？这跟公司大小没关系，跟你什么行业也没关系。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有学员答"原生"，理由是：复杂一点就说明中间有摩擦、有阻力，说明它本身的流程或者交互就不顺畅；你AI 化的话，相当于固有的东西还在，还是乱，因为稀里糊涂给 AI 说一大堆东西，AI 吃垃圾、吐垃圾。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第二个，奔"人"去。</w:t>
      </w:r>
      <w:r>
        <w:rPr>
          <w:rFonts w:ascii="Calibri" w:hAnsi="Calibri" w:eastAsia="微软雅黑"/>
          <w:sz w:val="22"/>
        </w:rPr>
        <w:t xml:space="preserve"> 如果你们公司是个专业化非常强的公司，大家分工也很专业：懂业务的特别懂业务，懂技术的特别懂技术。这种情况下，你觉得该走"化"，还是走"原生"？如果既懂业务还懂技术，又该是原生还是化？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你看这是一个团队的两种情况：第一种，团队分工明确，该文的文、该武的武；第二种，分工不那么泾渭分明、文武交叉、一专多能。这两种风格的团队，谁适合 AI 化？谁适合 AI 原生？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这里有底层的原理，其实大家说的是对的。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 化是不是在原有基础上降本增效？这是"化"的前提。但凡你们公司的规章制度、流程、SOP 都已经比较顺了，"化"把 AI 作为工具，可以让你跑得更快。如果说你这公司本来基础就不好，什么也不行，那就不如一切推翻重建，更适合原生——你也没有历史负担，也没有那些所谓的良好基础，反而走原生路线更合适。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再说人：两种风格的团队，一个是文武分开、分得很专业，一个是文武交叉。哪种适合化、哪种适合原生？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两种人分得比较开、没有办法充分融合的情况下，就让彼此提效——因为这时候你让他俩强合在一起是很难的，明白吧？因为 AI 不管怎么着，它依然是以你人为基础的，它是人的镜像和人的放大器。他俩本来就分得很开，你用 AI 就能把他整到一起吗？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所以，</w:t>
      </w:r>
      <w:r>
        <w:rPr>
          <w:rFonts w:ascii="Calibri" w:hAnsi="Calibri" w:eastAsia="微软雅黑"/>
          <w:b/>
          <w:sz w:val="22"/>
        </w:rPr>
        <w:t>如果是专业分工特别清晰的，走"化"的路线好一些；如果团队文武全才、融合度高，就走原生。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二十七、AI 的本质是人机交互界面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：你知道这个事能干个啥事吗？这也是 AI 时代最核心的一个事：</w:t>
      </w:r>
      <w:r>
        <w:rPr>
          <w:rFonts w:ascii="Calibri" w:hAnsi="Calibri" w:eastAsia="微软雅黑"/>
          <w:b/>
          <w:sz w:val="22"/>
        </w:rPr>
        <w:t>AI 的本质是人机交互界面。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什么意思？原来没有大模型的时候，我老曹也是老曹，我也很厉害，但是我为什么就不能开发软件呢？那个年代没有大模型，其实计算机语言早就有，各种编程工具早就有，只是驾驭那个编程工具的人是软件工程师，人家懂这些开发语言，我不懂，所以我开发不了项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那现在呢？我其实依然不懂，</w:t>
      </w:r>
      <w:r>
        <w:rPr>
          <w:rFonts w:ascii="Calibri" w:hAnsi="Calibri" w:eastAsia="微软雅黑"/>
          <w:b/>
          <w:sz w:val="22"/>
        </w:rPr>
        <w:t>但是我能开发。</w:t>
      </w:r>
      <w:r>
        <w:rPr>
          <w:rFonts w:ascii="Calibri" w:hAnsi="Calibri" w:eastAsia="微软雅黑"/>
          <w:sz w:val="22"/>
        </w:rPr>
        <w:t xml:space="preserve"> 为什么？是因为大语言模型把老百姓的话翻译成了计算机能够懂的话，它当个翻译。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公司也是一样的。专业分得特别严格的公司，往往反而出现什么问题？业务不懂技术，技术不懂业务，容易产生矛盾冲突，还得有个专门和稀泥的帮他翻译。如果这个团队本来就是文武结合得很好，他容易翻译，彼此的沟通成本极低，这种情况下直接干原生——就像我一样：我原来就懂业务，我又用了 AI 这种方式，所以能够把我的语言翻译成电脑能够理解的语言，所以我可以原生。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所以大家一定要把自己培养成复合型的人。原来我们就是太擅长于业务了，你不懂技术，所以你得请懂技术的人；现在我本来就懂技术，所以我只要能够驾驭 AI，AI 就能帮我导出结果，我甚至可以不用去雇那种专业的技术人员。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所以说，所谓"化"，是在你原有的基础好的情况下让它提效；AI 原生，更多的是我们一切重来、甚至推倒重来，或者我本来就啥也没有，我直接效率更高。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而且在我看来，</w:t>
      </w:r>
      <w:r>
        <w:rPr>
          <w:rFonts w:ascii="Calibri" w:hAnsi="Calibri" w:eastAsia="微软雅黑"/>
          <w:b/>
          <w:sz w:val="22"/>
        </w:rPr>
        <w:t>这个时代越是小公司、越是没有负担的公司，越适合 AI 原生，你的机会越大。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二十八、AI 化为什么难？本质上它是个利益问题</w:t>
      </w:r>
    </w:p>
    <w:p>
      <w:pPr>
        <w:spacing w:after="120"/>
      </w:pPr>
      <w:r>
        <w:rPr>
          <w:rFonts w:ascii="Calibri" w:hAnsi="Calibri" w:eastAsia="微软雅黑"/>
          <w:sz w:val="22"/>
        </w:rPr>
        <w:t>而 AI 化是个特别难的事儿，知道为什么吗？刚才不也说得挺简单吗？记住了：</w:t>
      </w:r>
      <w:r>
        <w:rPr>
          <w:rFonts w:ascii="Calibri" w:hAnsi="Calibri" w:eastAsia="微软雅黑"/>
          <w:b/>
          <w:sz w:val="22"/>
        </w:rPr>
        <w:t>AI 化本质上不是技术问题，也不是 AI 问题，甚至不是业务问题。</w:t>
      </w:r>
      <w:r>
        <w:rPr>
          <w:rFonts w:ascii="Calibri" w:hAnsi="Calibri" w:eastAsia="微软雅黑"/>
          <w:sz w:val="22"/>
        </w:rPr>
        <w:t xml:space="preserve"> 啥问题？</w:t>
      </w:r>
      <w:r>
        <w:rPr>
          <w:rFonts w:ascii="Calibri" w:hAnsi="Calibri" w:eastAsia="微软雅黑"/>
          <w:b/>
          <w:sz w:val="22"/>
        </w:rPr>
        <w:t>利益问题。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什么意思？公司大到一定程度之后，各种利益团队就分帮结派了，有利益上的冲突，有部门的小利益；甚至你花了好多钱刚建了一个系统；越大公司中层领导干部就越多，他负责各种权限、各种审批，大到一定程度连老板都会失控。在这种情况下，你用 AI 能解决吗？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你看现在有一种说法：AI 来了，很多人都会失去工作，是不是有这种言论？好像是 AI 来取代员工的。所以大家说我要 AI 原生、我要降本增效，降本最有效的方式就是砍人。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你可以理解为我发给了你一把特别快的刀，大牌子、材料好、还贼快——</w:t>
      </w:r>
      <w:r>
        <w:rPr>
          <w:rFonts w:ascii="Calibri" w:hAnsi="Calibri" w:eastAsia="微软雅黑"/>
          <w:b/>
          <w:sz w:val="22"/>
        </w:rPr>
        <w:t>你自杀吗？</w:t>
      </w:r>
      <w:r>
        <w:rPr>
          <w:rFonts w:ascii="Calibri" w:hAnsi="Calibri" w:eastAsia="微软雅黑"/>
          <w:sz w:val="22"/>
        </w:rPr>
        <w:t xml:space="preserve"> 不会啊。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所以说大部分情况下，AI 和员工、和一些中高层领导干部本质上是对立的。AI 化程度越高，是不是就不需要那么多员工？AI 化程度越高，信息越透明，是不是就不需要那么多人类高管？那你想他的饭碗是不是就丢了？那能让他 AI 化吗？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 AI 化的本质不是技术问题，它的难点和卡点在于：你 AI 化了，只对老板有好处，对其他所有人几乎都没好处。在这种情况下，大家怎么可能会欢迎 AI？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所以这个事的根本就在于：老板到底如何设计一个机制，</w:t>
      </w:r>
      <w:r>
        <w:rPr>
          <w:rFonts w:ascii="Calibri" w:hAnsi="Calibri" w:eastAsia="微软雅黑"/>
          <w:b/>
          <w:sz w:val="22"/>
        </w:rPr>
        <w:t>让 AI 不是冲击人，而是放大人</w:t>
      </w:r>
      <w:r>
        <w:rPr>
          <w:rFonts w:ascii="Calibri" w:hAnsi="Calibri" w:eastAsia="微软雅黑"/>
          <w:sz w:val="22"/>
        </w:rPr>
        <w:t>。你这个事没做好，不就把 AI 当成砍人的刀了吗？所以这个药，一定要想明白。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二十九、回到主题：内卷与碾压之间差的是"稀缺"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：来，重新回到这个主题上：碾压、内卷。这是内卷，对吗？我们原来各种内卷。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金海牛有一个理念叫"升维谋局"——你升上去才能降维打击，对吧？那如何能做到呢？是因为这个时代有了 AI 的加持。因为有了 AI，所以可以把你几十年某一行业的认知进行</w:t>
      </w:r>
      <w:r>
        <w:rPr>
          <w:rFonts w:ascii="Calibri" w:hAnsi="Calibri" w:eastAsia="微软雅黑"/>
          <w:b/>
          <w:sz w:val="22"/>
        </w:rPr>
        <w:t>资产化</w:t>
      </w:r>
      <w:r>
        <w:rPr>
          <w:rFonts w:ascii="Calibri" w:hAnsi="Calibri" w:eastAsia="微软雅黑"/>
          <w:sz w:val="22"/>
        </w:rPr>
        <w:t>，让你在你这个行业、在一定的时间窗口之内变得</w:t>
      </w:r>
      <w:r>
        <w:rPr>
          <w:rFonts w:ascii="Calibri" w:hAnsi="Calibri" w:eastAsia="微软雅黑"/>
          <w:b/>
          <w:sz w:val="22"/>
        </w:rPr>
        <w:t>稀缺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原来你为什么跟别人卷？因为你跟他是一样的，他跟你也是一样的，你们都同质化，谁也不稀缺，所以就只能是肉搏、人和人干。那你要是稀缺了呢？你就有话语权、才有定价权，甚至别人花钱你都不卖。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三十、三种商业模式：收割、强买强卖、价值型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这个我有机会再单独给你们讲商业模式。我们非常鼓励，在 AI 时代要走稀缺型商业模式。简单说一下：一般人说商业模式要好几十种，其实都是忽悠人的。你们是老板，要透过现象看本质：甭管什么商业模式，无外乎从这三种中发展出来。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第一种，收割。</w:t>
      </w:r>
      <w:r>
        <w:rPr>
          <w:rFonts w:ascii="Calibri" w:hAnsi="Calibri" w:eastAsia="微软雅黑"/>
          <w:sz w:val="22"/>
        </w:rPr>
        <w:t xml:space="preserve"> 这种模式才是最经典的，古今中外几千年的模式。但谁也不会这么说，因为太露骨了。所以我讲课从来不能直播，一讲就讲到本质。第一个就是收割，真的，你自己想想，所有人，包括我自己，我们被无数次地收割过。收割型商业模式的内核是</w:t>
      </w:r>
      <w:r>
        <w:rPr>
          <w:rFonts w:ascii="Calibri" w:hAnsi="Calibri" w:eastAsia="微软雅黑"/>
          <w:b/>
          <w:sz w:val="22"/>
        </w:rPr>
        <w:t>认知差</w:t>
      </w:r>
      <w:r>
        <w:rPr>
          <w:rFonts w:ascii="Calibri" w:hAnsi="Calibri" w:eastAsia="微软雅黑"/>
          <w:sz w:val="22"/>
        </w:rPr>
        <w:t>：基于你对某些事情的不了解，你花了钱买了不必要的产品或服务，这种行为就叫收割。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比如说花钱看病，都别说割了——但你是不是被过度检查、被过度治疗？甚至你吃这个药可能就是淀粉做的，甚至流传出很多医院内部关于 KPI 的会议视频。什么意思？其实太多的人被过度治疗了：本来 10 块钱能解决的问题让你花了 1000，本来一千一万能解决的让你倾家荡产。为什么？因为我们普通人对于医学、对于治疗这些事不懂。所以你一旦有了病，求爷爷告奶奶，你都可以给医生磕头，人家咋说就咋说，让你看啥你就看啥，让你花多少钱你就花多少钱，一点脾气都没有，就因为你不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后来老百姓逐渐觉醒了，所以医患关系很紧张，患者不太相信医生了，甚至拿出一个医院的诊断片子，到其他几个医院去交叉验证。为啥要交叉验证？就因为你老忽悠我。所以被割怕了，韭菜也变成大树了。这个就叫收割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第二种，强买强卖。</w:t>
      </w:r>
      <w:r>
        <w:rPr>
          <w:rFonts w:ascii="Calibri" w:hAnsi="Calibri" w:eastAsia="微软雅黑"/>
          <w:sz w:val="22"/>
        </w:rPr>
        <w:t xml:space="preserve"> 说一个例子：英伟达的 GPU，你想花钱买，人家都不卖。原来买显卡很贵，现在想买还不卖；高科技产品 1000 万买不来。所以造成了中国的芯片业：设计端、封装端都做得很好，结果加工端不行了。为啥？原来外包说这个加工这东西都能干好，后来老美说了，不允许你再帮他加工，中国又没有光刻机，所以中国在这个芯片业就被拦腰掐断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那你说我不是有钱吗？我能买来吗？问题是人家不卖呀。为啥不卖？因为你没有啊。中国的工业母机、工业软件、大模型，真的，我们用大模型跟国外实际上是有代差的。什么叫代差？半年以上的差距。DeepSeek 这种大模型更新一代需要多长时间？一个月。人家一个月就是一个迭代更新，那半年更了多少代了？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意思？中国虽然已经很强了，但在工业的角度讲，我们偏中低端产能，我们并不是先进制造业，我们的科技也不行，基础的学术也差，这是事实，我们要迎头赶上。但是我们大量的从业者干的是什么事？好像不是——人家花钱买你不卖，而你只要给钱就卖，都抢着卖。为啥？因为你不稀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</w:t>
      </w:r>
      <w:r>
        <w:rPr>
          <w:rFonts w:ascii="Calibri" w:hAnsi="Calibri" w:eastAsia="微软雅黑"/>
          <w:b/>
          <w:sz w:val="22"/>
        </w:rPr>
        <w:t>强买强卖的内核是稀缺</w:t>
      </w:r>
      <w:r>
        <w:rPr>
          <w:rFonts w:ascii="Calibri" w:hAnsi="Calibri" w:eastAsia="微软雅黑"/>
          <w:sz w:val="22"/>
        </w:rPr>
        <w:t>。如果你不稀缺，你只配内卷；如果你稀缺了，你就有定价权、话语权，甚至别人花钱都不卖。你能做到吗？如果你能做到，你想卖多少钱就卖多少钱。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第三种，价值型。</w:t>
      </w:r>
      <w:r>
        <w:rPr>
          <w:rFonts w:ascii="Calibri" w:hAnsi="Calibri" w:eastAsia="微软雅黑"/>
          <w:sz w:val="22"/>
        </w:rPr>
        <w:t xml:space="preserve"> 我买你东西不是因为你便宜，是因为你帮我解决了我的痛点。我们很多人是被逼无奈要去干这个事，主要不想收割别人——当然你也收割不了别人，你那点能力，想骗别人很难；然后你又不稀缺，只能挣点脏苦累的辛苦钱，在帮人家解决现实问题。价值型的内核是</w:t>
      </w:r>
      <w:r>
        <w:rPr>
          <w:rFonts w:ascii="Calibri" w:hAnsi="Calibri" w:eastAsia="微软雅黑"/>
          <w:b/>
          <w:sz w:val="22"/>
        </w:rPr>
        <w:t>痛点</w:t>
      </w:r>
      <w:r>
        <w:rPr>
          <w:rFonts w:ascii="Calibri" w:hAnsi="Calibri" w:eastAsia="微软雅黑"/>
          <w:sz w:val="22"/>
        </w:rPr>
        <w:t>，帮人家挖痛点、满足痛点，人家买单，这就是商业闭环。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三十一、AI 时代选第二种：让自己稀缺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：请问这三种商业模式，在 AI 的时代，我们选哪个？前面我都说了：在 AI 的时代，我们可以让自己稀缺，</w:t>
      </w:r>
      <w:r>
        <w:rPr>
          <w:rFonts w:ascii="Calibri" w:hAnsi="Calibri" w:eastAsia="微软雅黑"/>
          <w:b/>
          <w:sz w:val="22"/>
        </w:rPr>
        <w:t>所以选第二种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原来讲课是鼓励大家选第三种的。为啥？你想收割别人不那么容易，你也割不了；你想强买强卖，你那东西也不稀缺；你也只能给别人创造价值。但是我们一般的人是既收割不了别人，又不稀缺，还不想真正给别人创造价值，完了还想赚钱——从逻辑的角度讲，它就不通。所以那个时候我鼓励大家、或者叫劝勉大家去给社会创造价值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好了，如果你能驾驭 AI 呢？我经常举这个例子：原来你就是个拿着破棍子烧火的烧火丫头，你也只配在这烧火。忽然之间你发现你那个棍子变成金箍棒了，完了，你还在那烧火吗？你最次最次也得找龙王唠唠，甚至可以大闹天宫。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什么概念？</w:t>
      </w:r>
      <w:r>
        <w:rPr>
          <w:rFonts w:ascii="Calibri" w:hAnsi="Calibri" w:eastAsia="微软雅黑"/>
          <w:b/>
          <w:sz w:val="22"/>
        </w:rPr>
        <w:t>你手里的家伙事，一下子从一个小工具变成了生产力</w:t>
      </w:r>
      <w:r>
        <w:rPr>
          <w:rFonts w:ascii="Calibri" w:hAnsi="Calibri" w:eastAsia="微软雅黑"/>
          <w:sz w:val="22"/>
        </w:rPr>
        <w:t>，所以你可以干原来连想都不敢想的事。这种情况下，你无比稀缺。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记得，你知道在这个时代什么东西最稀缺吗？其实懂业务的人很多，懂技术的人更多，又懂技术又懂业务的人就很少。你看这种叠加优势是不是很少了？同时还能驾驭 AI，指数级放大自己的能力，就更少了。</w:t>
      </w:r>
      <w:r>
        <w:rPr>
          <w:rFonts w:ascii="Calibri" w:hAnsi="Calibri" w:eastAsia="微软雅黑"/>
          <w:b/>
          <w:sz w:val="22"/>
        </w:rPr>
        <w:t>所以又懂业务又懂 AI 的人最稀缺。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现在什么呢？就是太多的人不懂 AI，也没有驾驭 AI，只能在原来的竞争格局下跟别人被迫内卷。如果你能驾驭 AI，它会形成一种叠加优势。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三十二、这个时代最稀缺的，是野心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：那请问，这个时代从创业的角度讲，最稀缺的又是什么？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你看咱们这个年龄，50 多岁、60 来岁的人，是不是听过一个词叫"人有多大胆，地有多大产"？咱们上小学的时候学过那段历史，为什么？那个时候这个事是个伪命题。大家伙把锅都砸了，去整个土炉子炼钢。那为什么不行呢？那个时候的人是有理想的，是有想法、有抱负、有激情的，</w:t>
      </w:r>
      <w:r>
        <w:rPr>
          <w:rFonts w:ascii="Calibri" w:hAnsi="Calibri" w:eastAsia="微软雅黑"/>
          <w:b/>
          <w:sz w:val="22"/>
        </w:rPr>
        <w:t>但是没有生产力</w:t>
      </w:r>
      <w:r>
        <w:rPr>
          <w:rFonts w:ascii="Calibri" w:hAnsi="Calibri" w:eastAsia="微软雅黑"/>
          <w:sz w:val="22"/>
        </w:rPr>
        <w:t>。你那个炉子不行，你用泥巴整那个小炉子，能炼出好钢来吗？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你光有想法而没有生产力，它导不出结果。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现在呢？大家回看一下，几十年之后的今天，事实是反了：其实中国的生产力是非常牛的，我们各方面尤其有 AI，生产力是不是指数级放大了？但你会发现我们现在的人，你还有理想吗？你还有魄力吗？你还有豪情吗？你还有野心吗？没了。现在很多人是没有想法的，没发现吗？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果你没有想法，那请问你有这么大的生产力，又有什么用？你原来成天在那烧火、烧水、做饭，用的是个木头棍在那捅；忽然间那个棍子变成金箍棒了，然后你没有想法，你还拿着金箍棒在那烧火，是不是这个道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也就是说，</w:t>
      </w:r>
      <w:r>
        <w:rPr>
          <w:rFonts w:ascii="Calibri" w:hAnsi="Calibri" w:eastAsia="微软雅黑"/>
          <w:b/>
          <w:sz w:val="22"/>
        </w:rPr>
        <w:t>这个时代最稀缺的是野心。</w:t>
      </w:r>
      <w:r>
        <w:rPr>
          <w:rFonts w:ascii="Calibri" w:hAnsi="Calibri" w:eastAsia="微软雅黑"/>
          <w:sz w:val="22"/>
        </w:rPr>
        <w:t xml:space="preserve"> 有太多的老板，甭管基于什么原因，很多人没有想法了。当你没有想法的时候，AI 啥也帮不到你。你只知道在那烧火，你就算有个金箍棒又能咋地？因为问题不是金箍棒，你还是那个烧火丫头。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为什么要说这件事？你们知不知道大语言模型的底层逻辑是啥？要不然我刚才为什么这么突兀地扯到野心上来了？记住：</w:t>
      </w:r>
      <w:r>
        <w:rPr>
          <w:rFonts w:ascii="Calibri" w:hAnsi="Calibri" w:eastAsia="微软雅黑"/>
          <w:b/>
          <w:sz w:val="22"/>
        </w:rPr>
        <w:t>人工智能的底层逻辑是认知资产化。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三十三、大模型干了两件事：吃进人类的认知，再定价卖回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：你们知道大语言模型吗？比如 ChatGPT，比如 DeepSeek，这都是国内外比较著名的大语言模型。它是干什么的？它就干了两件事。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第一件事，把人类文明已有的成果吃干榨净，形成语料。</w:t>
      </w:r>
      <w:r>
        <w:rPr>
          <w:rFonts w:ascii="Calibri" w:hAnsi="Calibri" w:eastAsia="微软雅黑"/>
          <w:sz w:val="22"/>
        </w:rPr>
        <w:t xml:space="preserve"> 所以它博古通今，什么都知道、博学多才。它怎么会的？就是把人类文明所有成果——主要是靠文字记载的成果——全吃了。投喂、买古书籍、扫描完了销毁，这是第一步，就是把人类文明吃进去。人类文明是不是最高级的认知？文明不仅仅只有文字，建筑、风俗、宗教等等人类所有的成果都叫文明；但是能够把古代文明记载下来的，大部分是以文字的方式记载的。所以大语言模型第一步就是把所有文字类的记载全吃了，这叫认知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第二件事，用各种各样的方式卖给了我们。</w:t>
      </w:r>
      <w:r>
        <w:rPr>
          <w:rFonts w:ascii="Calibri" w:hAnsi="Calibri" w:eastAsia="微软雅黑"/>
          <w:sz w:val="22"/>
        </w:rPr>
        <w:t xml:space="preserve"> 你看，闭环了。你以为你用大语言模型是免费的吗？豆包免费，豆包工作免费吗？元宝免费，元宝帮你干活免费吗？你调用 API 免费吗？你用那个去剪短视频、生成短视频免费吗？都交钱。我昨天 8 点还刚交了 70 块钱。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什么意思？这些大公司其实就是把所有人的认知豁进去之后变成了资产，然后又定量定价，用各种各样的方式和你交易、卖给了你。这个过程其实就是</w:t>
      </w:r>
      <w:r>
        <w:rPr>
          <w:rFonts w:ascii="Calibri" w:hAnsi="Calibri" w:eastAsia="微软雅黑"/>
          <w:b/>
          <w:sz w:val="22"/>
        </w:rPr>
        <w:t>认知资产化</w:t>
      </w:r>
      <w:r>
        <w:rPr>
          <w:rFonts w:ascii="Calibri" w:hAnsi="Calibri" w:eastAsia="微软雅黑"/>
          <w:sz w:val="22"/>
        </w:rPr>
        <w:t>的过程。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三十四、认知资产化：先搞清楚什么才叫资产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：那请问什么是资产？我们作为一个普通人、或者作为一个普通公司，你有没有什么认知可以变成资产？如何变成资产？如果你也能把你的认知变成资产，是不是也可以卖？这才是我们到了 AI 时代要考虑的商业逻辑的本质。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你原来做各种项目，是不是得卖？不管卖个东西、卖个服务，总之你得有东西，这个东西换来钱，最后你形成了一堆资产：你家房子、你家地、你家车，包括炒房、炒基金、炒股票，是不是这么一个循环？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到了 AI 时代呢？什么才是资产？我问个问题，尤其是新朋友，你们思考一下：</w:t>
      </w:r>
      <w:r>
        <w:rPr>
          <w:rFonts w:ascii="Calibri" w:hAnsi="Calibri" w:eastAsia="微软雅黑"/>
          <w:b/>
          <w:sz w:val="22"/>
        </w:rPr>
        <w:t>房子还是不是资产？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为什么问这个问题？因为房地产特别有代表性。记住了，资产化有几个要素：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第一，</w:t>
      </w:r>
      <w:r>
        <w:rPr>
          <w:rFonts w:ascii="Calibri" w:hAnsi="Calibri" w:eastAsia="微软雅黑"/>
          <w:b/>
          <w:sz w:val="22"/>
        </w:rPr>
        <w:t>可量化</w:t>
      </w:r>
      <w:r>
        <w:rPr>
          <w:rFonts w:ascii="Calibri" w:hAnsi="Calibri" w:eastAsia="微软雅黑"/>
          <w:sz w:val="22"/>
        </w:rPr>
        <w:t>。房子论平米，大米论斤，肉也论斤，这叫可量化。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</w:t>
      </w:r>
      <w:r>
        <w:rPr>
          <w:rFonts w:ascii="Calibri" w:hAnsi="Calibri" w:eastAsia="微软雅黑"/>
          <w:b/>
          <w:sz w:val="22"/>
        </w:rPr>
        <w:t>可计价</w:t>
      </w:r>
      <w:r>
        <w:rPr>
          <w:rFonts w:ascii="Calibri" w:hAnsi="Calibri" w:eastAsia="微软雅黑"/>
          <w:sz w:val="22"/>
        </w:rPr>
        <w:t>。北京前两天都十来万块钱一米，这边 2 万块钱一米；这肉多少钱一斤、大米多少钱一斤，它有单价，这叫可计价。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第三，</w:t>
      </w:r>
      <w:r>
        <w:rPr>
          <w:rFonts w:ascii="Calibri" w:hAnsi="Calibri" w:eastAsia="微软雅黑"/>
          <w:b/>
          <w:sz w:val="22"/>
        </w:rPr>
        <w:t>可交易</w:t>
      </w:r>
      <w:r>
        <w:rPr>
          <w:rFonts w:ascii="Calibri" w:hAnsi="Calibri" w:eastAsia="微软雅黑"/>
          <w:sz w:val="22"/>
        </w:rPr>
        <w:t>。房子可以买卖，大米可以买卖，肉可以买卖。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第四，</w:t>
      </w:r>
      <w:r>
        <w:rPr>
          <w:rFonts w:ascii="Calibri" w:hAnsi="Calibri" w:eastAsia="微软雅黑"/>
          <w:b/>
          <w:sz w:val="22"/>
        </w:rPr>
        <w:t>可估值</w:t>
      </w:r>
      <w:r>
        <w:rPr>
          <w:rFonts w:ascii="Calibri" w:hAnsi="Calibri" w:eastAsia="微软雅黑"/>
          <w:sz w:val="22"/>
        </w:rPr>
        <w:t>。你为啥要买股票？因为你认为明天会涨；你为啥买房子？因为你认为明年会涨。要是说今年房子 2 万、明年变 1 万，你会买吗？你一定不会买，赶紧就脱手了。你为啥敢买？就是因为你现在就能估出这个房子未来大概值多少钱，它可以被估值。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第五，</w:t>
      </w:r>
      <w:r>
        <w:rPr>
          <w:rFonts w:ascii="Calibri" w:hAnsi="Calibri" w:eastAsia="微软雅黑"/>
          <w:b/>
          <w:sz w:val="22"/>
        </w:rPr>
        <w:t>可增值</w:t>
      </w:r>
      <w:r>
        <w:rPr>
          <w:rFonts w:ascii="Calibri" w:hAnsi="Calibri" w:eastAsia="微软雅黑"/>
          <w:sz w:val="22"/>
        </w:rPr>
        <w:t>。房子这几天最后一条不满足了。从中国整个的势的角度讲，房子不增值了：前面要素都满足，但它还涨吗？不涨。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：所以从这个角度讲，甭管是基于国家经济发展的需要、还是政策的管控，中国的房地产已经从投资的金融品变成了耐用消费品。它跟车是一样的，只是车能开 20 年左右、房子能住六七十年七八十年，但本质是一样的。它不是大米：大米是必需品、日常消费品，甚至是消耗品；房子不是一天一顿，房子能住好几十年，它是耐用消费品。它回归到消费了——名字虽然还是固定资产，但从金融角度讲，它已经不是可投资的资产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反过来问：但凡符合这几个标签的东西，是不是就变成资产了？但凡不符合的，就算它曾经是房子，它也不是资产了。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三十五、认知怎么变成资产：从 TOKEN 到行业 AI 公司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：那请问认知符不符合这五条？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第一，认知如何量化？</w:t>
      </w:r>
      <w:r>
        <w:rPr>
          <w:rFonts w:ascii="Calibri" w:hAnsi="Calibri" w:eastAsia="微软雅黑"/>
          <w:sz w:val="22"/>
        </w:rPr>
        <w:t xml:space="preserve"> 按斤还是按啥？比如我把它变成课件、按节，把它变成一本书、按本，行不行？这都可以，认知是可以量化的。那 AI 时代认知怎么量化？刚才不说论本吗？上课论节吗？数据按啥？TOKEN。对，其实国家已经给出答案了，叫词元。他并不关心你的形态是啥，反正你消耗的东西就像电似的：我也不管你是电灯还是电啥，反正按度来收费，按电字。人工智能也一样，它按照你的输入还是输出，是有 TOKEN 消耗的——这不已经有量化标准了吗？当然你可以包装成别的形态，至少 TOKEN 是最基本的量化。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第二，可定价。</w:t>
      </w:r>
      <w:r>
        <w:rPr>
          <w:rFonts w:ascii="Calibri" w:hAnsi="Calibri" w:eastAsia="微软雅黑"/>
          <w:sz w:val="22"/>
        </w:rPr>
        <w:t xml:space="preserve"> 更好玩：你用它是不是开始花钱了？你用大模型是不是花钱了？只是每家的价格不一样而已。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我再问一下：你的认知，除了最原始的 TOKEN 这类东西以外，它有可能被包装成什么其他的形态吗？如果你只是把你的认知包装成一本书、一节课，这还是上个时代。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在 AI 时代，大语言模型本身是没有意义的，它帮我们解决问题——比如它变成了一个工具，用它能整个好看的 PPT、能写个文章、能帮你开发程序。实际上什么意思？它把某种推理能力结合了一些深度的工具，然后帮你解决了个什么问题，它按照次数来收费，行不行？比如一般做短视频的，像剪映，是按次数一次多少钱，还是你交一个月的会费？这叫订阅制。它有各种各样的方式来收钱，你看这就可以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第三，可交易。</w:t>
      </w:r>
      <w:r>
        <w:rPr>
          <w:rFonts w:ascii="Calibri" w:hAnsi="Calibri" w:eastAsia="微软雅黑"/>
          <w:sz w:val="22"/>
        </w:rPr>
        <w:t xml:space="preserve"> 买卖是不是更简单了？你是消费者，对方是卖家，好。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第四，可估值。</w:t>
      </w:r>
      <w:r>
        <w:rPr>
          <w:rFonts w:ascii="Calibri" w:hAnsi="Calibri" w:eastAsia="微软雅黑"/>
          <w:sz w:val="22"/>
        </w:rPr>
        <w:t xml:space="preserve"> 你的产品或者大模型的东西能不能估值？看订阅量或者趋势——</w:t>
      </w:r>
      <w:r>
        <w:rPr>
          <w:rFonts w:ascii="Calibri" w:hAnsi="Calibri" w:eastAsia="微软雅黑"/>
          <w:b/>
          <w:sz w:val="22"/>
        </w:rPr>
        <w:t>估值的本质是趋势，是估未来。</w:t>
      </w:r>
      <w:r>
        <w:rPr>
          <w:rFonts w:ascii="Calibri" w:hAnsi="Calibri" w:eastAsia="微软雅黑"/>
          <w:sz w:val="22"/>
        </w:rPr>
        <w:t xml:space="preserve"> 没有估历史的：现在都发生了，你估啥？但凡基于某种指标或某种规律，对于未来的形态能够估，就可以。也就是说，甭管是你的增长量、留存率，还是各种指标，基于你在一定时间的表现，它呈现出某种发展趋势，是不是可以估了？只是它估的可能是企业价值，或者是一个产品的价值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果大模型的用户量越来越大，是不是就意味着它会变得更加相对稀缺？如果它越来越稀缺，它的单价是不是将会越来越贵？现在大模型实际上已经越来越贵了，有段时间涨得很猛，涨到十几倍。为啥？应用量大了，但它的吞吐量是有限的。在这种情况下，第一出现排队了吧？甚至会崩——它要是没人用，它崩什么崩？就因为太多了；第二个，它涨价了，不得不涨价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第五，增不增值？</w:t>
      </w:r>
      <w:r>
        <w:rPr>
          <w:rFonts w:ascii="Calibri" w:hAnsi="Calibri" w:eastAsia="微软雅黑"/>
          <w:sz w:val="22"/>
        </w:rPr>
        <w:t xml:space="preserve"> 从一定的时间窗口，它是增值的。当然，如果盛极而衰，它也一定会慢慢走向衰落，就看这玩意是一年、一天、十年还是 100 年。房地产也不是一下就不行了，它有个趋势；在这个趋势的基础上，你就看它是涨还是跌。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：所以现在跟大家伙说一下：现在的人工智能，整个的 AI，甭管它具体形态是什么，其实都已经符合了资产的五大标签；房地产反而不符合了。在这种情况下，AI 这个行业成立。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反过来说：你在你的行业，有没有办法把你的认知也变成符合这五大标签的东西？如果能，你就做到了</w:t>
      </w:r>
      <w:r>
        <w:rPr>
          <w:rFonts w:ascii="Calibri" w:hAnsi="Calibri" w:eastAsia="微软雅黑"/>
          <w:b/>
          <w:sz w:val="22"/>
        </w:rPr>
        <w:t>你的认知的资产化</w:t>
      </w:r>
      <w:r>
        <w:rPr>
          <w:rFonts w:ascii="Calibri" w:hAnsi="Calibri" w:eastAsia="微软雅黑"/>
          <w:sz w:val="22"/>
        </w:rPr>
        <w:t>。如果你能做到你所在行业认知的资产化，</w:t>
      </w:r>
      <w:r>
        <w:rPr>
          <w:rFonts w:ascii="Calibri" w:hAnsi="Calibri" w:eastAsia="微软雅黑"/>
          <w:b/>
          <w:sz w:val="22"/>
        </w:rPr>
        <w:t>你就会变成你这个行业的 AI 公司</w:t>
      </w:r>
      <w:r>
        <w:rPr>
          <w:rFonts w:ascii="Calibri" w:hAnsi="Calibri" w:eastAsia="微软雅黑"/>
          <w:sz w:val="22"/>
        </w:rPr>
        <w:t>，闭环了。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说清楚了吗？如果这些东西能做到，你跟你原来的同行还在那内卷吗？你都不稀得跟他去，你俩已经不在一个层面了。甚至你原来的同行会变成你的下游，你变成他的上游；你甚至可以随意去跨领域，变成别的行业里的重要角色。从这个角度讲，是非常稀缺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在中国现在稀缺是啥？你别看大模型行业也很卷，实际上站在全人类角度讲也是非常稀缺的，要不为啥人家会涨价呢？人家内卷是内卷，但从整个市场面角度讲，他们是稀缺的。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所以我的意思就是：大家一定要明白这个基本原理。你们不要一上来就研究"我用我的大模型，今天谁出了个什么工具，我要研究那个技术"——这些东西没有任何意义。底层的东西你想明白了，你真的围绕着 AI 重构了你的商业模式、盈利模式，甚至重构了你的行业，这个才是核心。这些东西都想明白了，你也设计清楚了，剩下的就是干活，反而是一件简单的事情。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三十六、收尾：生产力决定生产关系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：当然了，我们对任何一件事，尤其对创业这件事，要心存敬畏；对 AI 也是一样——</w:t>
      </w:r>
      <w:r>
        <w:rPr>
          <w:rFonts w:ascii="Calibri" w:hAnsi="Calibri" w:eastAsia="微软雅黑"/>
          <w:b/>
          <w:sz w:val="22"/>
        </w:rPr>
        <w:t>既要去魅，也要敬畏</w:t>
      </w:r>
      <w:r>
        <w:rPr>
          <w:rFonts w:ascii="Calibri" w:hAnsi="Calibri" w:eastAsia="微软雅黑"/>
          <w:sz w:val="22"/>
        </w:rPr>
        <w:t>。明白这个，你才能真正意义上驾驭 AI，甚至能够启动你新的事业。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最后送大家一句话：</w:t>
      </w:r>
      <w:r>
        <w:rPr>
          <w:rFonts w:ascii="Calibri" w:hAnsi="Calibri" w:eastAsia="微软雅黑"/>
          <w:b/>
          <w:sz w:val="22"/>
        </w:rPr>
        <w:t>生产力决定生产关系，生产关系反作用于生产力</w:t>
      </w:r>
      <w:r>
        <w:rPr>
          <w:rFonts w:ascii="Calibri" w:hAnsi="Calibri" w:eastAsia="微软雅黑"/>
          <w:sz w:val="22"/>
        </w:rPr>
        <w:t>——这个大家都知道。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在 AI 时代，AI 其实就是你的生产力。你如果能够驾驭它，你可以改变你和这个世界的关系。不改变，你就跟别人卷——这叫不叫关系？你跟你的竞争对手的关系，就是卷、内卷，卷来卷去都没好。如果能够驾驭新的生产力，你和你的对手就不是卷，叫</w:t>
      </w:r>
      <w:r>
        <w:rPr>
          <w:rFonts w:ascii="Calibri" w:hAnsi="Calibri" w:eastAsia="微软雅黑"/>
          <w:b/>
          <w:sz w:val="22"/>
        </w:rPr>
        <w:t>碾压</w:t>
      </w:r>
      <w:r>
        <w:rPr>
          <w:rFonts w:ascii="Calibri" w:hAnsi="Calibri" w:eastAsia="微软雅黑"/>
          <w:sz w:val="22"/>
        </w:rPr>
        <w:t>，甚至你都不跟他一个桌上玩了，你往上走了。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这叫不叫你改变了你和这个世界的关系？你对这个世界的价值是不是要重构了？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我们原来很多人，比如我本人，我人生的高光点已经过去了，我就这样了；我们很多都是这样，该守大门的守大门，这个世界其实离我们越来越远。但是如果你重新驾驭了 AI 这样的生产力，你会发现这个世界又开始重新走进你——不是你走进了这个世界，</w:t>
      </w:r>
      <w:r>
        <w:rPr>
          <w:rFonts w:ascii="Calibri" w:hAnsi="Calibri" w:eastAsia="微软雅黑"/>
          <w:b/>
          <w:sz w:val="22"/>
        </w:rPr>
        <w:t>是这个世界重新走进你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所以最终送给大家的：</w:t>
      </w:r>
      <w:r>
        <w:rPr>
          <w:rFonts w:ascii="Calibri" w:hAnsi="Calibri" w:eastAsia="微软雅黑"/>
          <w:b/>
          <w:sz w:val="22"/>
        </w:rPr>
        <w:t>驾驭 AI，改变你和这个世界的关系。</w:t>
      </w:r>
      <w:r>
        <w:rPr>
          <w:rFonts w:ascii="Calibri" w:hAnsi="Calibri" w:eastAsia="微软雅黑"/>
          <w:sz w:val="22"/>
        </w:rPr>
        <w:t xml:space="preserve"> 下课。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三十七、现场问答：让自己稀缺的几条路子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：这个大家有啥问题，咱可以交流交流，随便问吧，尤其咱新的朋友。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（问答一）三种商业模式再复述一遍</w:t>
      </w:r>
      <w:r>
        <w:rPr>
          <w:rFonts w:ascii="Calibri" w:hAnsi="Calibri" w:eastAsia="微软雅黑"/>
          <w:sz w:val="22"/>
        </w:rPr>
        <w:t>：价值型的核心是痛点，帮人家挖痛点、满足痛点，人家买单，这个是商业闭环；中间那个呢，是稀缺。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（问答二）让自己变得稀缺有几种方式？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第一，老百姓最常见的一种：有独门技术、独门配方、秘方，物以稀为贵——这叫技术先进，同样干一行，我家厉害。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资源型。最典型的前些年山西煤老板：因为人家菜地下面就是煤矿，他啥也不用干，那地本来就是我家的，我爱挖就挖一顿整，最后就变成煤老板了。这个成全了很多人。后来为什么煤老板没有了呢？因为原来那是他家的菜地，后来，被收走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第三，资格型。你有某种特殊的资格也行。比如特许经营行业。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：那么在 AI 时代，如何让自己变得稀缺呢？</w:t>
      </w:r>
      <w:r>
        <w:rPr>
          <w:rFonts w:ascii="Calibri" w:hAnsi="Calibri" w:eastAsia="微软雅黑"/>
          <w:b/>
          <w:sz w:val="22"/>
        </w:rPr>
        <w:t>就因为现在这个时间窗口之内，驾驭 AI 结合着业务，这个组合稀缺。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也就是说，只要你甭管用什么方法，只要是合法的——一旦你稀缺了，你的客单价就会上来。对于普通人来讲，你也没有先进的技术，也没有资格上的一些特殊情况，那怎么办？</w:t>
      </w:r>
      <w:r>
        <w:rPr>
          <w:rFonts w:ascii="Calibri" w:hAnsi="Calibri" w:eastAsia="微软雅黑"/>
          <w:b/>
          <w:sz w:val="22"/>
        </w:rPr>
        <w:t>驾驭 AI 实际上是一个有效的路径，它会让你变得稀缺。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（问答三）课程的节奏</w:t>
      </w:r>
      <w:r>
        <w:rPr>
          <w:rFonts w:ascii="Calibri" w:hAnsi="Calibri" w:eastAsia="微软雅黑"/>
          <w:sz w:val="22"/>
        </w:rPr>
        <w:t>：我们正常情况下是每周三，每周三下午都有，我们都讲到第 39 期了，都是跟 AI 创业相关的。因为这种公开课我们一般做的是科普，我没法讲得特别细，不像陪跑学员——他们是结合自己公司来的。像咱们这样的课程，就只能讲一些大家都能听的事。我们每天都有，每天上课的时候，我们在网上公开同步直播，都发在群里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好，那行，那你加下我微信，回头我把你拉到我们这个学习群里。我们每天给他们线下上课的时候，在腾讯会议上都同步，你们可以免费观摩，多学一点是一点。行，谢谢大家。我们平时就在金海牛，欢迎大家多来金海牛和我们交流。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